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 w:val="1"/>
        <w:spacing w:before="0" w:after="0"/>
      </w:pPr>
      <w:r>
        <w:rPr>
          <w:rFonts w:ascii="Segoe UI" w:hAnsi="Segoe UI" w:cs="Segoe UI"/>
          <w:b/>
          <w:i w:val="0"/>
          <w:color w:val="1A2B22"/>
          <w:sz w:val="40"/>
          <w:rtl w:val="1"/>
          <w:szCs w:val="40"/>
          <w:bCs w:val="1"/>
        </w:rPr>
        <w:t>[الاسم الكامل]</w:t>
      </w:r>
    </w:p>
    <w:p>
      <w:pPr>
        <w:bidi w:val="1"/>
        <w:spacing w:before="0" w:after="0"/>
      </w:pPr>
      <w:r>
        <w:rPr>
          <w:rFonts w:ascii="Segoe UI" w:hAnsi="Segoe UI" w:cs="Segoe UI"/>
          <w:b w:val="0"/>
          <w:i w:val="0"/>
          <w:color w:val="6B7780"/>
          <w:sz w:val="17"/>
          <w:rtl w:val="1"/>
          <w:szCs w:val="17"/>
        </w:rPr>
        <w:t xml:space="preserve">ب.ت.و: </w:t>
      </w: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[رقم البطاقة]</w:t>
      </w:r>
      <w:r>
        <w:rPr>
          <w:rFonts w:ascii="Segoe UI" w:hAnsi="Segoe UI" w:cs="Segoe UI"/>
          <w:b w:val="0"/>
          <w:i w:val="0"/>
          <w:color w:val="6B7780"/>
          <w:sz w:val="17"/>
          <w:rtl w:val="1"/>
          <w:szCs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[العنوان الكامل]</w:t>
      </w:r>
      <w:r>
        <w:rPr>
          <w:rFonts w:ascii="Segoe UI" w:hAnsi="Segoe UI" w:cs="Segoe UI"/>
          <w:b w:val="0"/>
          <w:i w:val="0"/>
          <w:color w:val="6B7780"/>
          <w:sz w:val="17"/>
          <w:rtl w:val="1"/>
          <w:szCs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[الهاتف]</w:t>
      </w:r>
      <w:r>
        <w:rPr>
          <w:rFonts w:ascii="Segoe UI" w:hAnsi="Segoe UI" w:cs="Segoe UI"/>
          <w:b w:val="0"/>
          <w:i w:val="0"/>
          <w:color w:val="6B7780"/>
          <w:sz w:val="17"/>
          <w:rtl w:val="1"/>
          <w:szCs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[البريد الإلكتروني]</w:t>
      </w:r>
    </w:p>
    <w:p>
      <w:pPr>
        <w:spacing w:before="0" w:after="280"/>
        <w:pBdr>
          <w:bottom w:val="single" w:sz="22" w:space="1" w:color="17A94E"/>
        </w:pBdr>
      </w:pPr>
    </w:p>
    <w:p>
      <w:pPr>
        <w:bidi w:val="1"/>
        <w:spacing w:before="0" w:after="200"/>
        <w:jc w:val="left"/>
      </w:pPr>
      <w:r>
        <w:rPr>
          <w:rFonts w:ascii="Segoe UI" w:hAnsi="Segoe UI" w:cs="Segoe UI"/>
          <w:b/>
          <w:i w:val="0"/>
          <w:color w:val="B3560A"/>
          <w:sz w:val="21"/>
          <w:rtl w:val="1"/>
          <w:szCs w:val="21"/>
          <w:bCs w:val="1"/>
        </w:rPr>
        <w:t>[المدينة]</w:t>
      </w:r>
      <w:r>
        <w:rPr>
          <w:rFonts w:ascii="Segoe UI" w:hAnsi="Segoe UI" w:cs="Segoe UI"/>
          <w:b w:val="0"/>
          <w:i w:val="0"/>
          <w:color w:val="1A2B22"/>
          <w:sz w:val="21"/>
          <w:rtl w:val="1"/>
          <w:szCs w:val="21"/>
        </w:rPr>
        <w:t xml:space="preserve"> في </w:t>
      </w:r>
      <w:r>
        <w:rPr>
          <w:rFonts w:ascii="Segoe UI" w:hAnsi="Segoe UI" w:cs="Segoe UI"/>
          <w:b/>
          <w:i w:val="0"/>
          <w:color w:val="B3560A"/>
          <w:sz w:val="21"/>
          <w:rtl w:val="1"/>
          <w:szCs w:val="21"/>
          <w:bCs w:val="1"/>
        </w:rPr>
        <w:t>[التاريخ]</w:t>
      </w:r>
    </w:p>
    <w:p>
      <w:pPr>
        <w:bidi w:val="1"/>
        <w:spacing w:before="0" w:after="120" w:line="360" w:lineRule="auto"/>
        <w:jc w:val="both"/>
      </w:pPr>
      <w:r>
        <w:rPr>
          <w:rFonts w:ascii="Segoe UI" w:hAnsi="Segoe UI" w:cs="Segoe UI"/>
          <w:b/>
          <w:i w:val="0"/>
          <w:color w:val="1A2B22"/>
          <w:sz w:val="22"/>
          <w:rtl w:val="1"/>
          <w:szCs w:val="22"/>
          <w:bCs w:val="1"/>
        </w:rPr>
        <w:t xml:space="preserve">إلى السيد(ة):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[صفة المسؤول — مثال: السيد وزير العدل / المدير العام لـ...]</w:t>
      </w:r>
    </w:p>
    <w:p>
      <w:pPr>
        <w:bidi w:val="1"/>
        <w:spacing w:before="120" w:after="280"/>
        <w:shd w:val="clear" w:fill="F0FAF4"/>
        <w:pBdr>
          <w:left w:val="single" w:sz="28" w:space="6" w:color="17A94E"/>
        </w:pBdr>
        <w:ind w:left="142" w:right="142"/>
      </w:pPr>
      <w:r>
        <w:rPr>
          <w:rFonts w:ascii="Segoe UI" w:hAnsi="Segoe UI" w:cs="Segoe UI"/>
          <w:b/>
          <w:i w:val="0"/>
          <w:color w:val="0B6E33"/>
          <w:sz w:val="23"/>
          <w:rtl w:val="1"/>
          <w:szCs w:val="23"/>
          <w:bCs w:val="1"/>
        </w:rPr>
        <w:t xml:space="preserve">الموضوع: طلب المشاركة في مباراة توظيف </w:t>
      </w:r>
      <w:r>
        <w:rPr>
          <w:rFonts w:ascii="Segoe UI" w:hAnsi="Segoe UI" w:cs="Segoe UI"/>
          <w:b/>
          <w:i w:val="0"/>
          <w:color w:val="B3560A"/>
          <w:sz w:val="23"/>
          <w:rtl w:val="1"/>
          <w:szCs w:val="23"/>
          <w:bCs w:val="1"/>
        </w:rPr>
        <w:t>[اسم المنصب والدرجة]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سلام تام بوجود مولانا الإمام المؤيد بالله،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وبعد، يشرفني أن أتقدم إلى سيادتكم الموقرة بطلبي هذا، راجياً منكم قبول ترشيحي لاجتياز مباراة توظيف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[اسم المنصب]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المزمع إجراؤها بتاريخ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[تاريخ المباراة]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، والمعلن عنها من طرف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[اسم الإدارة أو المؤسسة]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‏.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وأحيطكم علماً أنني حاصل(ة) على شهادة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[اسم الشهادة]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تخصص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[التخصص]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من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[اسم المؤسسة]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سنة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[سنة الحصول عليها]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، وأتوفر على جميع الشروط المنصوص عليها في إعلان المباراة.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وفي انتظار ردكم، تقبلوا سيادتكم فائق عبارات التقدير والاحترام، والسلام.</w:t>
      </w:r>
    </w:p>
    <w:p>
      <w:pPr>
        <w:bidi w:val="1"/>
        <w:spacing w:before="200" w:after="0"/>
        <w:jc w:val="left"/>
      </w:pPr>
      <w:r>
        <w:rPr>
          <w:rFonts w:ascii="Segoe UI" w:hAnsi="Segoe UI" w:cs="Segoe UI"/>
          <w:b/>
          <w:i w:val="0"/>
          <w:color w:val="1A2B22"/>
          <w:sz w:val="22"/>
          <w:rtl w:val="1"/>
          <w:szCs w:val="22"/>
          <w:bCs w:val="1"/>
        </w:rPr>
        <w:t xml:space="preserve">الإمضاء: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[التوقيع]</w:t>
      </w:r>
    </w:p>
    <w:p>
      <w:pPr>
        <w:bidi w:val="1"/>
        <w:spacing w:before="240" w:after="80"/>
        <w:pBdr>
          <w:bottom w:val="single" w:sz="6" w:space="3" w:color="DDE7E0"/>
        </w:pBdr>
      </w:pPr>
      <w:r>
        <w:rPr>
          <w:rFonts w:ascii="Segoe UI" w:hAnsi="Segoe UI" w:cs="Segoe UI"/>
          <w:b/>
          <w:i w:val="0"/>
          <w:color w:val="0B6E33"/>
          <w:sz w:val="22"/>
          <w:rtl w:val="1"/>
          <w:szCs w:val="22"/>
          <w:bCs w:val="1"/>
        </w:rPr>
        <w:t>الوثائق المرفقة (حسب إعلان المباراة)</w:t>
      </w:r>
    </w:p>
    <w:p>
      <w:pPr>
        <w:bidi w:val="1"/>
        <w:spacing w:before="0" w:after="40"/>
      </w:pP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 xml:space="preserve">–  </w:t>
      </w: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>نسخة من بطاقة التعريف الوطنية مصادق عليها</w:t>
      </w:r>
    </w:p>
    <w:p>
      <w:pPr>
        <w:bidi w:val="1"/>
        <w:spacing w:before="0" w:after="40"/>
      </w:pP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 xml:space="preserve">–  </w:t>
      </w: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>نسخة من الشهادة المطلوبة مصادق عليها</w:t>
      </w:r>
    </w:p>
    <w:p>
      <w:pPr>
        <w:bidi w:val="1"/>
        <w:spacing w:before="0" w:after="40"/>
      </w:pP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 xml:space="preserve">–  </w:t>
      </w: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>السيرة الذاتية</w:t>
      </w:r>
    </w:p>
    <w:p>
      <w:pPr>
        <w:bidi w:val="1"/>
        <w:spacing w:before="0" w:after="40"/>
      </w:pPr>
      <w:r>
        <w:rPr>
          <w:rFonts w:ascii="Segoe UI" w:hAnsi="Segoe UI" w:cs="Segoe UI"/>
          <w:b w:val="0"/>
          <w:i w:val="0"/>
          <w:color w:val="1A2B22"/>
          <w:sz w:val="20"/>
          <w:rtl w:val="1"/>
          <w:szCs w:val="20"/>
        </w:rPr>
        <w:t xml:space="preserve">–  </w:t>
      </w:r>
      <w:r>
        <w:rPr>
          <w:rFonts w:ascii="Segoe UI" w:hAnsi="Segoe UI" w:cs="Segoe UI"/>
          <w:b/>
          <w:i w:val="0"/>
          <w:color w:val="B3560A"/>
          <w:sz w:val="20"/>
          <w:rtl w:val="1"/>
          <w:szCs w:val="20"/>
          <w:bCs w:val="1"/>
        </w:rPr>
        <w:t>[وثائق أخرى مطلوبة في الإعلان]</w:t>
      </w:r>
    </w:p>
    <w:p>
      <w:pPr>
        <w:bidi w:val="1"/>
        <w:spacing w:before="320" w:after="0"/>
        <w:shd w:val="clear" w:fill="FFF7EC"/>
        <w:ind w:left="113" w:right="113"/>
      </w:pPr>
      <w:r>
        <w:rPr>
          <w:rFonts w:ascii="Segoe UI" w:hAnsi="Segoe UI" w:cs="Segoe UI"/>
          <w:b w:val="0"/>
          <w:i/>
          <w:color w:val="B3560A"/>
          <w:sz w:val="17"/>
          <w:rtl w:val="1"/>
          <w:szCs w:val="17"/>
        </w:rPr>
        <w:t>⚠ ملاحظة مهمة: أغلب المباريات تشترط كتابة هذا الطلب بخط اليد — استعمل النموذج كمرجع ثم انقله بخطك على ورقة بيضاء.</w:t>
      </w:r>
    </w:p>
    <w:sectPr w:rsidR="00FC693F" w:rsidRPr="0006063C" w:rsidSect="00034616">
      <w:footerReference w:type="default" r:id="rId9"/>
      <w:pgSz w:w="12240" w:h="15840"/>
      <w:pgMar w:top="850" w:right="1191" w:bottom="68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Segoe UI" w:hAnsi="Segoe UI" w:cs="Segoe UI"/>
        <w:b w:val="0"/>
        <w:i w:val="0"/>
        <w:color w:val="6B7780"/>
        <w:sz w:val="15"/>
        <w:rtl w:val="1"/>
        <w:szCs w:val="15"/>
      </w:rPr>
      <w:t>تم تحميل هذا النموذج مجاناً من موقع وظيفة إنفو — www.wadifa-info.com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