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 w:val="1"/>
        <w:spacing w:before="0" w:after="0"/>
      </w:pPr>
      <w:r>
        <w:rPr>
          <w:rFonts w:ascii="Segoe UI" w:hAnsi="Segoe UI" w:cs="Segoe UI"/>
          <w:b/>
          <w:i w:val="0"/>
          <w:color w:val="1A2B22"/>
          <w:sz w:val="40"/>
          <w:rtl w:val="1"/>
          <w:szCs w:val="40"/>
          <w:bCs w:val="1"/>
        </w:rPr>
        <w:t>[الاسم الكامل]</w:t>
      </w:r>
    </w:p>
    <w:p>
      <w:pPr>
        <w:bidi w:val="1"/>
        <w:spacing w:before="0" w:after="0"/>
      </w:pPr>
      <w:r>
        <w:rPr>
          <w:rFonts w:ascii="Segoe UI" w:hAnsi="Segoe UI" w:cs="Segoe UI"/>
          <w:b/>
          <w:i w:val="0"/>
          <w:color w:val="B3560A"/>
          <w:sz w:val="17"/>
          <w:rtl w:val="1"/>
          <w:szCs w:val="17"/>
          <w:bCs w:val="1"/>
        </w:rPr>
        <w:t>[العنوان]</w:t>
      </w:r>
      <w:r>
        <w:rPr>
          <w:rFonts w:ascii="Segoe UI" w:hAnsi="Segoe UI" w:cs="Segoe UI"/>
          <w:b w:val="0"/>
          <w:i w:val="0"/>
          <w:color w:val="6B7780"/>
          <w:sz w:val="17"/>
          <w:rtl w:val="1"/>
          <w:szCs w:val="17"/>
        </w:rPr>
        <w:t xml:space="preserve">    •    </w:t>
      </w:r>
      <w:r>
        <w:rPr>
          <w:rFonts w:ascii="Segoe UI" w:hAnsi="Segoe UI" w:cs="Segoe UI"/>
          <w:b/>
          <w:i w:val="0"/>
          <w:color w:val="B3560A"/>
          <w:sz w:val="17"/>
          <w:rtl w:val="1"/>
          <w:szCs w:val="17"/>
          <w:bCs w:val="1"/>
        </w:rPr>
        <w:t>[الهاتف]</w:t>
      </w:r>
      <w:r>
        <w:rPr>
          <w:rFonts w:ascii="Segoe UI" w:hAnsi="Segoe UI" w:cs="Segoe UI"/>
          <w:b w:val="0"/>
          <w:i w:val="0"/>
          <w:color w:val="6B7780"/>
          <w:sz w:val="17"/>
          <w:rtl w:val="1"/>
          <w:szCs w:val="17"/>
        </w:rPr>
        <w:t xml:space="preserve">    •    </w:t>
      </w:r>
      <w:r>
        <w:rPr>
          <w:rFonts w:ascii="Segoe UI" w:hAnsi="Segoe UI" w:cs="Segoe UI"/>
          <w:b/>
          <w:i w:val="0"/>
          <w:color w:val="B3560A"/>
          <w:sz w:val="17"/>
          <w:rtl w:val="1"/>
          <w:szCs w:val="17"/>
          <w:bCs w:val="1"/>
        </w:rPr>
        <w:t>[البريد الإلكتروني]</w:t>
      </w:r>
    </w:p>
    <w:p>
      <w:pPr>
        <w:spacing w:before="0" w:after="280"/>
        <w:pBdr>
          <w:bottom w:val="single" w:sz="22" w:space="1" w:color="17A94E"/>
        </w:pBdr>
      </w:pPr>
    </w:p>
    <w:p>
      <w:pPr>
        <w:bidi w:val="1"/>
        <w:spacing w:before="0" w:after="200"/>
        <w:jc w:val="left"/>
      </w:pPr>
      <w:r>
        <w:rPr>
          <w:rFonts w:ascii="Segoe UI" w:hAnsi="Segoe UI" w:cs="Segoe UI"/>
          <w:b/>
          <w:i w:val="0"/>
          <w:color w:val="B3560A"/>
          <w:sz w:val="21"/>
          <w:rtl w:val="1"/>
          <w:szCs w:val="21"/>
          <w:bCs w:val="1"/>
        </w:rPr>
        <w:t>[المدينة]</w:t>
      </w:r>
      <w:r>
        <w:rPr>
          <w:rFonts w:ascii="Segoe UI" w:hAnsi="Segoe UI" w:cs="Segoe UI"/>
          <w:b w:val="0"/>
          <w:i w:val="0"/>
          <w:color w:val="1A2B22"/>
          <w:sz w:val="21"/>
          <w:rtl w:val="1"/>
          <w:szCs w:val="21"/>
        </w:rPr>
        <w:t xml:space="preserve"> في </w:t>
      </w:r>
      <w:r>
        <w:rPr>
          <w:rFonts w:ascii="Segoe UI" w:hAnsi="Segoe UI" w:cs="Segoe UI"/>
          <w:b/>
          <w:i w:val="0"/>
          <w:color w:val="B3560A"/>
          <w:sz w:val="21"/>
          <w:rtl w:val="1"/>
          <w:szCs w:val="21"/>
          <w:bCs w:val="1"/>
        </w:rPr>
        <w:t>[التاريخ]</w:t>
      </w:r>
    </w:p>
    <w:p>
      <w:pPr>
        <w:bidi w:val="1"/>
        <w:spacing w:before="120" w:after="280"/>
        <w:shd w:val="clear" w:fill="F0FAF4"/>
        <w:pBdr>
          <w:left w:val="single" w:sz="28" w:space="6" w:color="17A94E"/>
        </w:pBdr>
        <w:ind w:left="142" w:right="142"/>
      </w:pPr>
      <w:r>
        <w:rPr>
          <w:rFonts w:ascii="Segoe UI" w:hAnsi="Segoe UI" w:cs="Segoe UI"/>
          <w:b/>
          <w:i w:val="0"/>
          <w:color w:val="0B6E33"/>
          <w:sz w:val="23"/>
          <w:rtl w:val="1"/>
          <w:szCs w:val="23"/>
          <w:bCs w:val="1"/>
        </w:rPr>
        <w:t xml:space="preserve">الموضوع: رسالة تحفيزية للترشح لمنصب </w:t>
      </w:r>
      <w:r>
        <w:rPr>
          <w:rFonts w:ascii="Segoe UI" w:hAnsi="Segoe UI" w:cs="Segoe UI"/>
          <w:b/>
          <w:i w:val="0"/>
          <w:color w:val="B3560A"/>
          <w:sz w:val="23"/>
          <w:rtl w:val="1"/>
          <w:szCs w:val="23"/>
          <w:bCs w:val="1"/>
        </w:rPr>
        <w:t>[اسم المنصب]</w:t>
      </w:r>
    </w:p>
    <w:p>
      <w:pPr>
        <w:bidi w:val="1"/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>سيدي(تي) المحترم(ة)،</w:t>
      </w:r>
    </w:p>
    <w:p>
      <w:pPr>
        <w:bidi w:val="1"/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يشرفني أن أتقدم بترشيحي لمنصب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[اسم المنصب]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 المعلن عنه من طرف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[اسم الإدارة/المؤسسة]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>، إيماناً مني بأن مؤهلاتي العلمية تتناسب تماماً مع متطلبات هذا المنصب.</w:t>
      </w:r>
    </w:p>
    <w:p>
      <w:pPr>
        <w:bidi w:val="1"/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فأنا حاصل(ة) على شهادة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[الشهادة]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 تخصص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[التخصص]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 من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[المؤسسة]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، حيث اكتسبت معارف متينة في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[مجالات رئيسية — مثال: التدبير الإداري، البرمجة، المحاسبة...]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‏. كما راكمت خبرة عملية من خلال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[تدريب/عمل سابق — المؤسسة والمهام باختصار]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>‏.</w:t>
      </w:r>
    </w:p>
    <w:p>
      <w:pPr>
        <w:bidi w:val="1"/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 xml:space="preserve">إن ما يحفزني للالتحاق بمؤسستكم هو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[سبب حقيقي ومحدد: سمعة المؤسسة، طبيعة المهام، خدمة المرفق العام...]</w:t>
      </w: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>، وأنا على استعداد تام لبذل كل الجهد والانضباط اللازمين للمساهمة في تحقيق أهدافها.</w:t>
      </w:r>
    </w:p>
    <w:p>
      <w:pPr>
        <w:bidi w:val="1"/>
        <w:spacing w:before="0" w:after="160" w:line="360" w:lineRule="auto"/>
        <w:jc w:val="both"/>
      </w:pPr>
      <w:r>
        <w:rPr>
          <w:rFonts w:ascii="Segoe UI" w:hAnsi="Segoe UI" w:cs="Segoe UI"/>
          <w:b w:val="0"/>
          <w:i w:val="0"/>
          <w:color w:val="1A2B22"/>
          <w:sz w:val="22"/>
          <w:rtl w:val="1"/>
          <w:szCs w:val="22"/>
        </w:rPr>
        <w:t>وسأكون ممتناً لو منحتموني فرصة مقابلة لعرض مؤهلاتي بتفصيل أكبر. وفي انتظار ذلك، تقبلوا مني فائق عبارات التقدير والاحترام.</w:t>
      </w:r>
    </w:p>
    <w:p>
      <w:pPr>
        <w:bidi w:val="1"/>
        <w:spacing w:before="200" w:after="0"/>
        <w:jc w:val="left"/>
      </w:pPr>
      <w:r>
        <w:rPr>
          <w:rFonts w:ascii="Segoe UI" w:hAnsi="Segoe UI" w:cs="Segoe UI"/>
          <w:b/>
          <w:i w:val="0"/>
          <w:color w:val="1A2B22"/>
          <w:sz w:val="22"/>
          <w:rtl w:val="1"/>
          <w:szCs w:val="22"/>
          <w:bCs w:val="1"/>
        </w:rPr>
        <w:t xml:space="preserve">الإمضاء: </w:t>
      </w:r>
      <w:r>
        <w:rPr>
          <w:rFonts w:ascii="Segoe UI" w:hAnsi="Segoe UI" w:cs="Segoe UI"/>
          <w:b/>
          <w:i w:val="0"/>
          <w:color w:val="B3560A"/>
          <w:sz w:val="22"/>
          <w:rtl w:val="1"/>
          <w:szCs w:val="22"/>
          <w:bCs w:val="1"/>
        </w:rPr>
        <w:t>[التوقيع]</w:t>
      </w:r>
    </w:p>
    <w:p>
      <w:pPr>
        <w:bidi w:val="1"/>
        <w:spacing w:before="320" w:after="0"/>
        <w:shd w:val="clear" w:fill="FFF7EC"/>
        <w:ind w:left="113" w:right="113"/>
      </w:pPr>
      <w:r>
        <w:rPr>
          <w:rFonts w:ascii="Segoe UI" w:hAnsi="Segoe UI" w:cs="Segoe UI"/>
          <w:b w:val="0"/>
          <w:i/>
          <w:color w:val="B3560A"/>
          <w:sz w:val="17"/>
          <w:rtl w:val="1"/>
          <w:szCs w:val="17"/>
        </w:rPr>
        <w:t>💡 نصيحة: عوّض كل فراغ ملوّن بمعلومة حقيقية ومحددة — الرسائل العامة المنسوخة تُضعف ملفك.</w:t>
      </w:r>
    </w:p>
    <w:sectPr w:rsidR="00FC693F" w:rsidRPr="0006063C" w:rsidSect="00034616">
      <w:footerReference w:type="default" r:id="rId9"/>
      <w:pgSz w:w="12240" w:h="15840"/>
      <w:pgMar w:top="850" w:right="1191" w:bottom="68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Segoe UI" w:hAnsi="Segoe UI" w:cs="Segoe UI"/>
        <w:b w:val="0"/>
        <w:i w:val="0"/>
        <w:color w:val="6B7780"/>
        <w:sz w:val="15"/>
        <w:rtl w:val="1"/>
        <w:szCs w:val="15"/>
      </w:rPr>
      <w:t>تم تحميل هذا النموذج مجاناً من موقع وظيفة إنفو — www.wadifa-info.com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