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</w:pPr>
      <w:r>
        <w:rPr>
          <w:rFonts w:ascii="Segoe UI" w:hAnsi="Segoe UI" w:cs="Segoe UI"/>
          <w:b/>
          <w:i w:val="0"/>
          <w:color w:val="1A2B22"/>
          <w:sz w:val="40"/>
        </w:rPr>
        <w:t>[Prénom NOM]</w:t>
      </w:r>
    </w:p>
    <w:p>
      <w:pPr>
        <w:spacing w:before="0" w:after="0"/>
      </w:pPr>
      <w:r>
        <w:rPr>
          <w:rFonts w:ascii="Segoe UI" w:hAnsi="Segoe UI" w:cs="Segoe UI"/>
          <w:b/>
          <w:i w:val="0"/>
          <w:color w:val="B3560A"/>
          <w:sz w:val="17"/>
        </w:rPr>
        <w:t>[Adresse]</w:t>
      </w:r>
      <w:r>
        <w:rPr>
          <w:rFonts w:ascii="Segoe UI" w:hAnsi="Segoe UI" w:cs="Segoe UI"/>
          <w:b w:val="0"/>
          <w:i w:val="0"/>
          <w:color w:val="6B7780"/>
          <w:sz w:val="17"/>
        </w:rPr>
        <w:t xml:space="preserve">    •    </w:t>
      </w:r>
      <w:r>
        <w:rPr>
          <w:rFonts w:ascii="Segoe UI" w:hAnsi="Segoe UI" w:cs="Segoe UI"/>
          <w:b/>
          <w:i w:val="0"/>
          <w:color w:val="B3560A"/>
          <w:sz w:val="17"/>
        </w:rPr>
        <w:t>[Téléphone]</w:t>
      </w:r>
      <w:r>
        <w:rPr>
          <w:rFonts w:ascii="Segoe UI" w:hAnsi="Segoe UI" w:cs="Segoe UI"/>
          <w:b w:val="0"/>
          <w:i w:val="0"/>
          <w:color w:val="6B7780"/>
          <w:sz w:val="17"/>
        </w:rPr>
        <w:t xml:space="preserve">    •    </w:t>
      </w:r>
      <w:r>
        <w:rPr>
          <w:rFonts w:ascii="Segoe UI" w:hAnsi="Segoe UI" w:cs="Segoe UI"/>
          <w:b/>
          <w:i w:val="0"/>
          <w:color w:val="B3560A"/>
          <w:sz w:val="17"/>
        </w:rPr>
        <w:t>[E-mail]</w:t>
      </w:r>
    </w:p>
    <w:p>
      <w:pPr>
        <w:spacing w:before="0" w:after="280"/>
        <w:pBdr>
          <w:bottom w:val="single" w:sz="22" w:space="1" w:color="17A94E"/>
        </w:pBdr>
      </w:pPr>
    </w:p>
    <w:p>
      <w:pPr>
        <w:spacing w:before="0" w:after="200"/>
        <w:jc w:val="right"/>
      </w:pPr>
      <w:r>
        <w:rPr>
          <w:rFonts w:ascii="Segoe UI" w:hAnsi="Segoe UI" w:cs="Segoe UI"/>
          <w:b/>
          <w:i w:val="0"/>
          <w:color w:val="B3560A"/>
          <w:sz w:val="21"/>
        </w:rPr>
        <w:t>[Ville]</w:t>
      </w:r>
      <w:r>
        <w:rPr>
          <w:rFonts w:ascii="Segoe UI" w:hAnsi="Segoe UI" w:cs="Segoe UI"/>
          <w:b w:val="0"/>
          <w:i w:val="0"/>
          <w:color w:val="1A2B22"/>
          <w:sz w:val="21"/>
        </w:rPr>
        <w:t xml:space="preserve">, le </w:t>
      </w:r>
      <w:r>
        <w:rPr>
          <w:rFonts w:ascii="Segoe UI" w:hAnsi="Segoe UI" w:cs="Segoe UI"/>
          <w:b/>
          <w:i w:val="0"/>
          <w:color w:val="B3560A"/>
          <w:sz w:val="21"/>
        </w:rPr>
        <w:t>[Date]</w:t>
      </w:r>
    </w:p>
    <w:p>
      <w:pPr>
        <w:spacing w:before="0" w:after="120" w:line="360" w:lineRule="auto"/>
        <w:jc w:val="both"/>
      </w:pPr>
      <w:r>
        <w:rPr>
          <w:rFonts w:ascii="Segoe UI" w:hAnsi="Segoe UI" w:cs="Segoe UI"/>
          <w:b/>
          <w:i w:val="0"/>
          <w:color w:val="1A2B22"/>
          <w:sz w:val="22"/>
        </w:rPr>
        <w:t xml:space="preserve">À l'attention de : </w:t>
      </w:r>
      <w:r>
        <w:rPr>
          <w:rFonts w:ascii="Segoe UI" w:hAnsi="Segoe UI" w:cs="Segoe UI"/>
          <w:b/>
          <w:i w:val="0"/>
          <w:color w:val="B3560A"/>
          <w:sz w:val="22"/>
        </w:rPr>
        <w:t>[Monsieur le Directeur / Madame la Directrice de ...]</w:t>
      </w:r>
    </w:p>
    <w:p>
      <w:pPr>
        <w:spacing w:before="120" w:after="280"/>
        <w:shd w:val="clear" w:fill="F0FAF4"/>
        <w:pBdr>
          <w:left w:val="single" w:sz="28" w:space="6" w:color="17A94E"/>
        </w:pBdr>
        <w:ind w:left="142" w:right="142"/>
      </w:pPr>
      <w:r>
        <w:rPr>
          <w:rFonts w:ascii="Segoe UI" w:hAnsi="Segoe UI" w:cs="Segoe UI"/>
          <w:b/>
          <w:i w:val="0"/>
          <w:color w:val="0B6E33"/>
          <w:sz w:val="23"/>
        </w:rPr>
        <w:t xml:space="preserve">Objet : Candidature au poste de </w:t>
      </w:r>
      <w:r>
        <w:rPr>
          <w:rFonts w:ascii="Segoe UI" w:hAnsi="Segoe UI" w:cs="Segoe UI"/>
          <w:b/>
          <w:i w:val="0"/>
          <w:color w:val="B3560A"/>
          <w:sz w:val="23"/>
        </w:rPr>
        <w:t>[intitulé du poste]</w:t>
      </w:r>
    </w:p>
    <w:p>
      <w:pPr>
        <w:spacing w:before="0" w:after="160" w:line="360" w:lineRule="auto"/>
        <w:jc w:val="both"/>
      </w:pPr>
      <w:r>
        <w:rPr>
          <w:rFonts w:ascii="Segoe UI" w:hAnsi="Segoe UI" w:cs="Segoe UI"/>
          <w:b w:val="0"/>
          <w:i w:val="0"/>
          <w:color w:val="1A2B22"/>
          <w:sz w:val="22"/>
        </w:rPr>
        <w:t>Madame, Monsieur,</w:t>
      </w:r>
    </w:p>
    <w:p>
      <w:pPr>
        <w:spacing w:before="0" w:after="160" w:line="360" w:lineRule="auto"/>
        <w:jc w:val="both"/>
      </w:pPr>
      <w:r>
        <w:rPr>
          <w:rFonts w:ascii="Segoe UI" w:hAnsi="Segoe UI" w:cs="Segoe UI"/>
          <w:b w:val="0"/>
          <w:i w:val="0"/>
          <w:color w:val="1A2B22"/>
          <w:sz w:val="22"/>
        </w:rPr>
        <w:t xml:space="preserve">Titulaire d'un(e) </w:t>
      </w:r>
      <w:r>
        <w:rPr>
          <w:rFonts w:ascii="Segoe UI" w:hAnsi="Segoe UI" w:cs="Segoe UI"/>
          <w:b/>
          <w:i w:val="0"/>
          <w:color w:val="B3560A"/>
          <w:sz w:val="22"/>
        </w:rPr>
        <w:t>[diplôme]</w:t>
      </w:r>
      <w:r>
        <w:rPr>
          <w:rFonts w:ascii="Segoe UI" w:hAnsi="Segoe UI" w:cs="Segoe UI"/>
          <w:b w:val="0"/>
          <w:i w:val="0"/>
          <w:color w:val="1A2B22"/>
          <w:sz w:val="22"/>
        </w:rPr>
        <w:t xml:space="preserve"> en </w:t>
      </w:r>
      <w:r>
        <w:rPr>
          <w:rFonts w:ascii="Segoe UI" w:hAnsi="Segoe UI" w:cs="Segoe UI"/>
          <w:b/>
          <w:i w:val="0"/>
          <w:color w:val="B3560A"/>
          <w:sz w:val="22"/>
        </w:rPr>
        <w:t>[spécialité]</w:t>
      </w:r>
      <w:r>
        <w:rPr>
          <w:rFonts w:ascii="Segoe UI" w:hAnsi="Segoe UI" w:cs="Segoe UI"/>
          <w:b w:val="0"/>
          <w:i w:val="0"/>
          <w:color w:val="1A2B22"/>
          <w:sz w:val="22"/>
        </w:rPr>
        <w:t xml:space="preserve"> obtenu(e) à </w:t>
      </w:r>
      <w:r>
        <w:rPr>
          <w:rFonts w:ascii="Segoe UI" w:hAnsi="Segoe UI" w:cs="Segoe UI"/>
          <w:b/>
          <w:i w:val="0"/>
          <w:color w:val="B3560A"/>
          <w:sz w:val="22"/>
        </w:rPr>
        <w:t>[établissement]</w:t>
      </w:r>
      <w:r>
        <w:rPr>
          <w:rFonts w:ascii="Segoe UI" w:hAnsi="Segoe UI" w:cs="Segoe UI"/>
          <w:b w:val="0"/>
          <w:i w:val="0"/>
          <w:color w:val="1A2B22"/>
          <w:sz w:val="22"/>
        </w:rPr>
        <w:t xml:space="preserve">, je me permets de vous adresser ma candidature au poste de </w:t>
      </w:r>
      <w:r>
        <w:rPr>
          <w:rFonts w:ascii="Segoe UI" w:hAnsi="Segoe UI" w:cs="Segoe UI"/>
          <w:b/>
          <w:i w:val="0"/>
          <w:color w:val="B3560A"/>
          <w:sz w:val="22"/>
        </w:rPr>
        <w:t>[intitulé du poste]</w:t>
      </w:r>
      <w:r>
        <w:rPr>
          <w:rFonts w:ascii="Segoe UI" w:hAnsi="Segoe UI" w:cs="Segoe UI"/>
          <w:b w:val="0"/>
          <w:i w:val="0"/>
          <w:color w:val="1A2B22"/>
          <w:sz w:val="22"/>
        </w:rPr>
        <w:t xml:space="preserve"> annoncé par </w:t>
      </w:r>
      <w:r>
        <w:rPr>
          <w:rFonts w:ascii="Segoe UI" w:hAnsi="Segoe UI" w:cs="Segoe UI"/>
          <w:b/>
          <w:i w:val="0"/>
          <w:color w:val="B3560A"/>
          <w:sz w:val="22"/>
        </w:rPr>
        <w:t>[organisme]</w:t>
      </w:r>
      <w:r>
        <w:rPr>
          <w:rFonts w:ascii="Segoe UI" w:hAnsi="Segoe UI" w:cs="Segoe UI"/>
          <w:b w:val="0"/>
          <w:i w:val="0"/>
          <w:color w:val="1A2B22"/>
          <w:sz w:val="22"/>
        </w:rPr>
        <w:t>.</w:t>
      </w:r>
    </w:p>
    <w:p>
      <w:pPr>
        <w:spacing w:before="0" w:after="160" w:line="360" w:lineRule="auto"/>
        <w:jc w:val="both"/>
      </w:pPr>
      <w:r>
        <w:rPr>
          <w:rFonts w:ascii="Segoe UI" w:hAnsi="Segoe UI" w:cs="Segoe UI"/>
          <w:b w:val="0"/>
          <w:i w:val="0"/>
          <w:color w:val="1A2B22"/>
          <w:sz w:val="22"/>
        </w:rPr>
        <w:t xml:space="preserve">Au cours de ma formation, j'ai acquis de solides compétences en </w:t>
      </w:r>
      <w:r>
        <w:rPr>
          <w:rFonts w:ascii="Segoe UI" w:hAnsi="Segoe UI" w:cs="Segoe UI"/>
          <w:b/>
          <w:i w:val="0"/>
          <w:color w:val="B3560A"/>
          <w:sz w:val="22"/>
        </w:rPr>
        <w:t>[domaines clés]</w:t>
      </w:r>
      <w:r>
        <w:rPr>
          <w:rFonts w:ascii="Segoe UI" w:hAnsi="Segoe UI" w:cs="Segoe UI"/>
          <w:b w:val="0"/>
          <w:i w:val="0"/>
          <w:color w:val="1A2B22"/>
          <w:sz w:val="22"/>
        </w:rPr>
        <w:t xml:space="preserve">, que j'ai pu mettre en pratique lors de </w:t>
      </w:r>
      <w:r>
        <w:rPr>
          <w:rFonts w:ascii="Segoe UI" w:hAnsi="Segoe UI" w:cs="Segoe UI"/>
          <w:b/>
          <w:i w:val="0"/>
          <w:color w:val="B3560A"/>
          <w:sz w:val="22"/>
        </w:rPr>
        <w:t>[stage/expérience — organisme et missions en bref]</w:t>
      </w:r>
      <w:r>
        <w:rPr>
          <w:rFonts w:ascii="Segoe UI" w:hAnsi="Segoe UI" w:cs="Segoe UI"/>
          <w:b w:val="0"/>
          <w:i w:val="0"/>
          <w:color w:val="1A2B22"/>
          <w:sz w:val="22"/>
        </w:rPr>
        <w:t>.</w:t>
      </w:r>
    </w:p>
    <w:p>
      <w:pPr>
        <w:spacing w:before="0" w:after="160" w:line="360" w:lineRule="auto"/>
        <w:jc w:val="both"/>
      </w:pPr>
      <w:r>
        <w:rPr>
          <w:rFonts w:ascii="Segoe UI" w:hAnsi="Segoe UI" w:cs="Segoe UI"/>
          <w:b w:val="0"/>
          <w:i w:val="0"/>
          <w:color w:val="1A2B22"/>
          <w:sz w:val="22"/>
        </w:rPr>
        <w:t xml:space="preserve">Rejoindre votre administration représente pour moi </w:t>
      </w:r>
      <w:r>
        <w:rPr>
          <w:rFonts w:ascii="Segoe UI" w:hAnsi="Segoe UI" w:cs="Segoe UI"/>
          <w:b/>
          <w:i w:val="0"/>
          <w:color w:val="B3560A"/>
          <w:sz w:val="22"/>
        </w:rPr>
        <w:t>[motivation réelle et précise : servir le service public, la nature des missions...]</w:t>
      </w:r>
      <w:r>
        <w:rPr>
          <w:rFonts w:ascii="Segoe UI" w:hAnsi="Segoe UI" w:cs="Segoe UI"/>
          <w:b w:val="0"/>
          <w:i w:val="0"/>
          <w:color w:val="1A2B22"/>
          <w:sz w:val="22"/>
        </w:rPr>
        <w:t>. Rigoureux(se) et motivé(e), je suis prêt(e) à m'investir pleinement dans les missions qui me seront confiées.</w:t>
      </w:r>
    </w:p>
    <w:p>
      <w:pPr>
        <w:spacing w:before="0" w:after="160" w:line="360" w:lineRule="auto"/>
        <w:jc w:val="both"/>
      </w:pPr>
      <w:r>
        <w:rPr>
          <w:rFonts w:ascii="Segoe UI" w:hAnsi="Segoe UI" w:cs="Segoe UI"/>
          <w:b w:val="0"/>
          <w:i w:val="0"/>
          <w:color w:val="1A2B22"/>
          <w:sz w:val="22"/>
        </w:rPr>
        <w:t>Je me tiens à votre disposition pour un entretien afin de vous exposer plus en détail mes motivations. Dans cette attente, je vous prie d'agréer, Madame, Monsieur, l'expression de mes salutations distinguées.</w:t>
      </w:r>
    </w:p>
    <w:p>
      <w:pPr>
        <w:spacing w:before="200" w:after="0"/>
        <w:jc w:val="right"/>
      </w:pPr>
      <w:r>
        <w:rPr>
          <w:rFonts w:ascii="Segoe UI" w:hAnsi="Segoe UI" w:cs="Segoe UI"/>
          <w:b/>
          <w:i w:val="0"/>
          <w:color w:val="1A2B22"/>
          <w:sz w:val="22"/>
        </w:rPr>
        <w:t xml:space="preserve">Signature : </w:t>
      </w:r>
      <w:r>
        <w:rPr>
          <w:rFonts w:ascii="Segoe UI" w:hAnsi="Segoe UI" w:cs="Segoe UI"/>
          <w:b/>
          <w:i w:val="0"/>
          <w:color w:val="B3560A"/>
          <w:sz w:val="22"/>
        </w:rPr>
        <w:t>[Signature]</w:t>
      </w:r>
    </w:p>
    <w:p>
      <w:pPr>
        <w:spacing w:before="320" w:after="0"/>
        <w:shd w:val="clear" w:fill="FFF7EC"/>
        <w:ind w:left="113" w:right="113"/>
      </w:pPr>
      <w:r>
        <w:rPr>
          <w:rFonts w:ascii="Segoe UI" w:hAnsi="Segoe UI" w:cs="Segoe UI"/>
          <w:b w:val="0"/>
          <w:i/>
          <w:color w:val="B3560A"/>
          <w:sz w:val="17"/>
        </w:rPr>
        <w:t>💡 Conseil : remplacez chaque champ coloré par une information réelle et précise — les lettres génériques affaiblissent votre dossier.</w:t>
      </w:r>
    </w:p>
    <w:sectPr w:rsidR="00FC693F" w:rsidRPr="0006063C" w:rsidSect="00034616">
      <w:footerReference w:type="default" r:id="rId9"/>
      <w:pgSz w:w="12240" w:h="15840"/>
      <w:pgMar w:top="850" w:right="1191" w:bottom="680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egoe UI" w:hAnsi="Segoe UI" w:cs="Segoe UI"/>
        <w:b w:val="0"/>
        <w:i w:val="0"/>
        <w:color w:val="6B7780"/>
        <w:sz w:val="15"/>
      </w:rPr>
      <w:t>Modèle téléchargé gratuitement sur Wadifa Info — www.wadifa-info.com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