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680"/>
        <w:gridCol w:w="4680"/>
      </w:tblGrid>
      <w:tr>
        <w:trPr>
          <w:trHeight w:val="16781" w:hRule="atLeast"/>
        </w:trPr>
        <w:tc>
          <w:tcPr>
            <w:tcW w:type="dxa" w:w="3742"/>
            <w:shd w:val="clear" w:fill="0F4D2E"/>
            <w:tcMar>
              <w:top w:w="500" w:type="dxa"/>
              <w:bottom w:w="300" w:type="dxa"/>
              <w:start w:w="330" w:type="dxa"/>
              <w:end w:w="330" w:type="dxa"/>
            </w:tcMar>
            <w:vAlign w:val="top"/>
          </w:tcPr>
          <w:p>
            <w:pPr>
              <w:spacing w:before="0" w:after="20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24000" cy="12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12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80" w:after="120" w:line="288" w:lineRule="auto"/>
              <w:pBdr>
                <w:bottom w:val="single" w:sz="8" w:space="3" w:color="2c7a52"/>
              </w:pBdr>
            </w:pPr>
            <w:r>
              <w:rPr>
                <w:rFonts w:ascii="Segoe UI" w:hAnsi="Segoe UI" w:cs="Segoe UI"/>
                <w:b/>
                <w:i w:val="0"/>
                <w:color w:val="7BE3A6"/>
                <w:sz w:val="22"/>
                <w:spacing w:val="20"/>
              </w:rPr>
              <w:t>CONTACT</w:t>
            </w:r>
          </w:p>
          <w:p>
            <w:pPr>
              <w:spacing w:before="0" w:after="140" w:line="276" w:lineRule="auto"/>
            </w:pPr>
            <w:r>
              <w:drawing>
                <wp:inline xmlns:a="http://schemas.openxmlformats.org/drawingml/2006/main" xmlns:pic="http://schemas.openxmlformats.org/drawingml/2006/picture">
                  <wp:extent cx="144000" cy="144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n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</w:rPr>
              <w:t xml:space="preserve"> 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</w:rPr>
              <w:t>[Téléphone]</w:t>
            </w:r>
          </w:p>
          <w:p>
            <w:pPr>
              <w:spacing w:before="0" w:after="140" w:line="276" w:lineRule="auto"/>
            </w:pPr>
            <w:r>
              <w:drawing>
                <wp:inline xmlns:a="http://schemas.openxmlformats.org/drawingml/2006/main" xmlns:pic="http://schemas.openxmlformats.org/drawingml/2006/picture">
                  <wp:extent cx="144000" cy="144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ail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</w:rPr>
              <w:t xml:space="preserve"> 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</w:rPr>
              <w:t>[E-mail]</w:t>
            </w:r>
          </w:p>
          <w:p>
            <w:pPr>
              <w:spacing w:before="0" w:after="140" w:line="276" w:lineRule="auto"/>
            </w:pPr>
            <w:r>
              <w:drawing>
                <wp:inline xmlns:a="http://schemas.openxmlformats.org/drawingml/2006/main" xmlns:pic="http://schemas.openxmlformats.org/drawingml/2006/picture">
                  <wp:extent cx="144000" cy="144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n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</w:rPr>
              <w:t xml:space="preserve"> 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</w:rPr>
              <w:t>[Ville]</w:t>
            </w:r>
          </w:p>
          <w:p>
            <w:pPr>
              <w:spacing w:before="0" w:after="140" w:line="276" w:lineRule="auto"/>
            </w:pPr>
            <w:r>
              <w:drawing>
                <wp:inline xmlns:a="http://schemas.openxmlformats.org/drawingml/2006/main" xmlns:pic="http://schemas.openxmlformats.org/drawingml/2006/picture">
                  <wp:extent cx="144000" cy="1440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al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</w:rPr>
              <w:t xml:space="preserve"> 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</w:rPr>
              <w:t>[Date de naissance]</w:t>
            </w:r>
          </w:p>
          <w:p>
            <w:pPr>
              <w:spacing w:before="0" w:after="140" w:line="276" w:lineRule="auto"/>
            </w:pPr>
            <w:r>
              <w:drawing>
                <wp:inline xmlns:a="http://schemas.openxmlformats.org/drawingml/2006/main" xmlns:pic="http://schemas.openxmlformats.org/drawingml/2006/picture">
                  <wp:extent cx="144000" cy="144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ard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</w:rPr>
              <w:t xml:space="preserve"> 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</w:rPr>
              <w:t>[Permis — facultatif]</w:t>
            </w:r>
          </w:p>
          <w:p>
            <w:pPr>
              <w:spacing w:before="280" w:after="120" w:line="288" w:lineRule="auto"/>
              <w:pBdr>
                <w:bottom w:val="single" w:sz="8" w:space="3" w:color="2c7a52"/>
              </w:pBdr>
            </w:pPr>
            <w:r>
              <w:rPr>
                <w:rFonts w:ascii="Segoe UI" w:hAnsi="Segoe UI" w:cs="Segoe UI"/>
                <w:b/>
                <w:i w:val="0"/>
                <w:color w:val="7BE3A6"/>
                <w:sz w:val="22"/>
                <w:spacing w:val="20"/>
              </w:rPr>
              <w:t>COMPÉTENCES</w:t>
            </w:r>
          </w:p>
          <w:p>
            <w:pPr>
              <w:spacing w:before="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E89A5C"/>
                <w:sz w:val="17"/>
              </w:rPr>
              <w:t>[Compétence 1 — ex : Excel]</w:t>
            </w:r>
          </w:p>
          <w:p>
            <w:pPr>
              <w:spacing w:before="0" w:after="100"/>
            </w:pPr>
            <w:r>
              <w:rPr>
                <w:rFonts w:ascii="Segoe UI" w:hAnsi="Segoe UI" w:cs="Segoe UI"/>
                <w:b w:val="0"/>
                <w:i w:val="0"/>
                <w:color w:val="7BE3A6"/>
                <w:sz w:val="18"/>
              </w:rPr>
              <w:t xml:space="preserve">● ● ● ● </w:t>
            </w:r>
            <w:r>
              <w:rPr>
                <w:rFonts w:ascii="Segoe UI" w:hAnsi="Segoe UI" w:cs="Segoe UI"/>
                <w:b w:val="0"/>
                <w:i w:val="0"/>
                <w:color w:val="9DBFAD"/>
                <w:sz w:val="18"/>
              </w:rPr>
              <w:t xml:space="preserve">○ </w:t>
            </w:r>
          </w:p>
          <w:p>
            <w:pPr>
              <w:spacing w:before="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E89A5C"/>
                <w:sz w:val="17"/>
              </w:rPr>
              <w:t>[Compétence 2]</w:t>
            </w:r>
          </w:p>
          <w:p>
            <w:pPr>
              <w:spacing w:before="0" w:after="100"/>
            </w:pPr>
            <w:r>
              <w:rPr>
                <w:rFonts w:ascii="Segoe UI" w:hAnsi="Segoe UI" w:cs="Segoe UI"/>
                <w:b w:val="0"/>
                <w:i w:val="0"/>
                <w:color w:val="7BE3A6"/>
                <w:sz w:val="18"/>
              </w:rPr>
              <w:t xml:space="preserve">● ● ● </w:t>
            </w:r>
            <w:r>
              <w:rPr>
                <w:rFonts w:ascii="Segoe UI" w:hAnsi="Segoe UI" w:cs="Segoe UI"/>
                <w:b w:val="0"/>
                <w:i w:val="0"/>
                <w:color w:val="9DBFAD"/>
                <w:sz w:val="18"/>
              </w:rPr>
              <w:t xml:space="preserve">○ ○ </w:t>
            </w:r>
          </w:p>
          <w:p>
            <w:pPr>
              <w:spacing w:before="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E89A5C"/>
                <w:sz w:val="17"/>
              </w:rPr>
              <w:t>[Compétence 3]</w:t>
            </w:r>
          </w:p>
          <w:p>
            <w:pPr>
              <w:spacing w:before="0" w:after="100"/>
            </w:pPr>
            <w:r>
              <w:rPr>
                <w:rFonts w:ascii="Segoe UI" w:hAnsi="Segoe UI" w:cs="Segoe UI"/>
                <w:b w:val="0"/>
                <w:i w:val="0"/>
                <w:color w:val="7BE3A6"/>
                <w:sz w:val="18"/>
              </w:rPr>
              <w:t xml:space="preserve">● ● ● ● </w:t>
            </w:r>
            <w:r>
              <w:rPr>
                <w:rFonts w:ascii="Segoe UI" w:hAnsi="Segoe UI" w:cs="Segoe UI"/>
                <w:b w:val="0"/>
                <w:i w:val="0"/>
                <w:color w:val="9DBFAD"/>
                <w:sz w:val="18"/>
              </w:rPr>
              <w:t xml:space="preserve">○ </w:t>
            </w:r>
          </w:p>
          <w:p>
            <w:pPr>
              <w:spacing w:before="280" w:after="120" w:line="288" w:lineRule="auto"/>
              <w:pBdr>
                <w:bottom w:val="single" w:sz="8" w:space="3" w:color="2c7a52"/>
              </w:pBdr>
            </w:pPr>
            <w:r>
              <w:rPr>
                <w:rFonts w:ascii="Segoe UI" w:hAnsi="Segoe UI" w:cs="Segoe UI"/>
                <w:b/>
                <w:i w:val="0"/>
                <w:color w:val="7BE3A6"/>
                <w:sz w:val="22"/>
                <w:spacing w:val="20"/>
              </w:rPr>
              <w:t>LANGUES</w:t>
            </w:r>
          </w:p>
          <w:p>
            <w:pPr>
              <w:spacing w:before="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ECF7F0"/>
                <w:sz w:val="17"/>
              </w:rPr>
              <w:t>Arabe</w:t>
            </w:r>
          </w:p>
          <w:p>
            <w:pPr>
              <w:spacing w:before="0" w:after="100"/>
            </w:pPr>
            <w:r>
              <w:rPr>
                <w:rFonts w:ascii="Segoe UI" w:hAnsi="Segoe UI" w:cs="Segoe UI"/>
                <w:b w:val="0"/>
                <w:i w:val="0"/>
                <w:color w:val="7BE3A6"/>
                <w:sz w:val="18"/>
              </w:rPr>
              <w:t xml:space="preserve">● ● ● ● ● </w:t>
            </w:r>
          </w:p>
          <w:p>
            <w:pPr>
              <w:spacing w:before="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ECF7F0"/>
                <w:sz w:val="17"/>
              </w:rPr>
              <w:t>Français</w:t>
            </w:r>
          </w:p>
          <w:p>
            <w:pPr>
              <w:spacing w:before="0" w:after="100"/>
            </w:pPr>
            <w:r>
              <w:rPr>
                <w:rFonts w:ascii="Segoe UI" w:hAnsi="Segoe UI" w:cs="Segoe UI"/>
                <w:b w:val="0"/>
                <w:i w:val="0"/>
                <w:color w:val="7BE3A6"/>
                <w:sz w:val="18"/>
              </w:rPr>
              <w:t xml:space="preserve">● ● ● ● </w:t>
            </w:r>
            <w:r>
              <w:rPr>
                <w:rFonts w:ascii="Segoe UI" w:hAnsi="Segoe UI" w:cs="Segoe UI"/>
                <w:b w:val="0"/>
                <w:i w:val="0"/>
                <w:color w:val="9DBFAD"/>
                <w:sz w:val="18"/>
              </w:rPr>
              <w:t xml:space="preserve">○ </w:t>
            </w:r>
          </w:p>
          <w:p>
            <w:pPr>
              <w:spacing w:before="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ECF7F0"/>
                <w:sz w:val="17"/>
              </w:rPr>
              <w:t>Anglais</w:t>
            </w:r>
          </w:p>
          <w:p>
            <w:pPr>
              <w:spacing w:before="0" w:after="100"/>
            </w:pPr>
            <w:r>
              <w:rPr>
                <w:rFonts w:ascii="Segoe UI" w:hAnsi="Segoe UI" w:cs="Segoe UI"/>
                <w:b w:val="0"/>
                <w:i w:val="0"/>
                <w:color w:val="7BE3A6"/>
                <w:sz w:val="18"/>
              </w:rPr>
              <w:t xml:space="preserve">● ● ● </w:t>
            </w:r>
            <w:r>
              <w:rPr>
                <w:rFonts w:ascii="Segoe UI" w:hAnsi="Segoe UI" w:cs="Segoe UI"/>
                <w:b w:val="0"/>
                <w:i w:val="0"/>
                <w:color w:val="9DBFAD"/>
                <w:sz w:val="18"/>
              </w:rPr>
              <w:t xml:space="preserve">○ ○ </w:t>
            </w:r>
          </w:p>
          <w:p>
            <w:pPr>
              <w:spacing w:before="280" w:after="120" w:line="288" w:lineRule="auto"/>
              <w:pBdr>
                <w:bottom w:val="single" w:sz="8" w:space="3" w:color="2c7a52"/>
              </w:pBdr>
            </w:pPr>
            <w:r>
              <w:rPr>
                <w:rFonts w:ascii="Segoe UI" w:hAnsi="Segoe UI" w:cs="Segoe UI"/>
                <w:b/>
                <w:i w:val="0"/>
                <w:color w:val="7BE3A6"/>
                <w:sz w:val="22"/>
                <w:spacing w:val="20"/>
              </w:rPr>
              <w:t>QUALITÉS</w:t>
            </w:r>
          </w:p>
          <w:p>
            <w:pPr>
              <w:spacing w:before="0" w:after="60" w:line="288" w:lineRule="auto"/>
            </w:pP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</w:rPr>
              <w:t xml:space="preserve">•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</w:rPr>
              <w:t>[Travail en équipe]</w:t>
            </w:r>
          </w:p>
          <w:p>
            <w:pPr>
              <w:spacing w:before="0" w:after="60" w:line="288" w:lineRule="auto"/>
            </w:pP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</w:rPr>
              <w:t xml:space="preserve">•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</w:rPr>
              <w:t>[Rigueur]</w:t>
            </w:r>
          </w:p>
          <w:p>
            <w:pPr>
              <w:spacing w:before="0" w:after="60" w:line="288" w:lineRule="auto"/>
            </w:pP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</w:rPr>
              <w:t xml:space="preserve">•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</w:rPr>
              <w:t>[Communication]</w:t>
            </w:r>
          </w:p>
        </w:tc>
        <w:tc>
          <w:tcPr>
            <w:tcW w:type="dxa" w:w="8164"/>
            <w:tcMar>
              <w:top w:w="560" w:type="dxa"/>
              <w:bottom w:w="300" w:type="dxa"/>
              <w:start w:w="480" w:type="dxa"/>
              <w:end w:w="420" w:type="dxa"/>
            </w:tcMar>
            <w:vAlign w:val="top"/>
          </w:tcPr>
          <w:p>
            <w:pPr>
              <w:spacing w:before="0" w:after="0" w:line="288" w:lineRule="auto"/>
            </w:pPr>
            <w:r>
              <w:rPr>
                <w:rFonts w:ascii="Segoe UI" w:hAnsi="Segoe UI" w:cs="Segoe UI"/>
                <w:b/>
                <w:i w:val="0"/>
                <w:color w:val="1A2B22"/>
                <w:sz w:val="50"/>
              </w:rPr>
              <w:t>[Prénom NOM]</w:t>
            </w:r>
          </w:p>
          <w:p>
            <w:pPr>
              <w:spacing w:before="0" w:after="80" w:line="288" w:lineRule="auto"/>
              <w:pBdr>
                <w:bottom w:val="single" w:sz="18" w:space="6" w:color="17A94E"/>
              </w:pBdr>
            </w:pPr>
            <w:r>
              <w:rPr>
                <w:rFonts w:ascii="Segoe UI" w:hAnsi="Segoe UI" w:cs="Segoe UI"/>
                <w:b/>
                <w:i w:val="0"/>
                <w:color w:val="17A94E"/>
                <w:sz w:val="24"/>
                <w:spacing w:val="16"/>
              </w:rPr>
              <w:t>[Poste visé — ex : Technicien spécialisé en réseaux]</w:t>
            </w:r>
          </w:p>
          <w:p>
            <w:pPr>
              <w:spacing w:before="200" w:after="80" w:line="324" w:lineRule="auto"/>
            </w:pPr>
            <w:r>
              <w:rPr>
                <w:rFonts w:ascii="Segoe UI" w:hAnsi="Segoe UI" w:cs="Segoe UI"/>
                <w:b/>
                <w:i w:val="0"/>
                <w:color w:val="B3560A"/>
                <w:sz w:val="19"/>
              </w:rPr>
              <w:t>[Profil en deux lignes : qui vous êtes, vos atouts clés, ce que vous cherchez — ex : Technicien spécialisé jeune diplômé, solide en réseaux et systèmes, à la recherche d'une première expérience dans le secteur public.]</w:t>
            </w:r>
          </w:p>
          <w:p>
            <w:pPr>
              <w:spacing w:before="320" w:after="40" w:line="288" w:lineRule="auto"/>
              <w:pBdr>
                <w:bottom w:val="single" w:sz="6" w:space="3" w:color="DDE7E0"/>
              </w:pBdr>
            </w:pPr>
            <w:r>
              <w:rPr>
                <w:rFonts w:ascii="Segoe UI" w:hAnsi="Segoe UI" w:cs="Segoe UI"/>
                <w:b/>
                <w:i w:val="0"/>
                <w:color w:val="17A94E"/>
                <w:sz w:val="25"/>
              </w:rPr>
              <w:t>▍</w:t>
            </w:r>
            <w:r>
              <w:rPr>
                <w:rFonts w:ascii="Segoe UI" w:hAnsi="Segoe UI" w:cs="Segoe UI"/>
                <w:b/>
                <w:i w:val="0"/>
                <w:color w:val="1A2B22"/>
                <w:sz w:val="25"/>
                <w:spacing w:val="24"/>
              </w:rPr>
              <w:t>FORMATION</w:t>
            </w:r>
          </w:p>
          <w:p>
            <w:pPr>
              <w:spacing w:before="12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17A94E"/>
                <w:sz w:val="18"/>
              </w:rPr>
              <w:t xml:space="preserve">[Année]   </w:t>
            </w:r>
            <w:r>
              <w:rPr>
                <w:rFonts w:ascii="Segoe UI" w:hAnsi="Segoe UI" w:cs="Segoe UI"/>
                <w:b/>
                <w:i w:val="0"/>
                <w:color w:val="B3560A"/>
                <w:sz w:val="21"/>
              </w:rPr>
              <w:t>[Diplôme] — option [Spécialité]</w:t>
            </w:r>
          </w:p>
          <w:p>
            <w:pPr>
              <w:spacing w:before="0" w:after="40" w:line="288" w:lineRule="auto"/>
            </w:pPr>
            <w:r>
              <w:rPr>
                <w:rFonts w:ascii="Segoe UI" w:hAnsi="Segoe UI" w:cs="Segoe UI"/>
                <w:b/>
                <w:i w:val="0"/>
                <w:color w:val="6B7780"/>
                <w:sz w:val="18"/>
              </w:rPr>
              <w:t>[Établissement — Ville]</w:t>
            </w:r>
          </w:p>
          <w:p>
            <w:pPr>
              <w:spacing w:before="12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17A94E"/>
                <w:sz w:val="18"/>
              </w:rPr>
              <w:t xml:space="preserve">[Année]   </w:t>
            </w:r>
            <w:r>
              <w:rPr>
                <w:rFonts w:ascii="Segoe UI" w:hAnsi="Segoe UI" w:cs="Segoe UI"/>
                <w:b/>
                <w:i w:val="0"/>
                <w:color w:val="B3560A"/>
                <w:sz w:val="21"/>
              </w:rPr>
              <w:t>[Baccalauréat — filière]</w:t>
            </w:r>
          </w:p>
          <w:p>
            <w:pPr>
              <w:spacing w:before="0" w:after="40" w:line="288" w:lineRule="auto"/>
            </w:pPr>
            <w:r>
              <w:rPr>
                <w:rFonts w:ascii="Segoe UI" w:hAnsi="Segoe UI" w:cs="Segoe UI"/>
                <w:b/>
                <w:i w:val="0"/>
                <w:color w:val="6B7780"/>
                <w:sz w:val="18"/>
              </w:rPr>
              <w:t>[Lycée — Ville]</w:t>
            </w:r>
          </w:p>
          <w:p>
            <w:pPr>
              <w:spacing w:before="320" w:after="40" w:line="288" w:lineRule="auto"/>
              <w:pBdr>
                <w:bottom w:val="single" w:sz="6" w:space="3" w:color="DDE7E0"/>
              </w:pBdr>
            </w:pPr>
            <w:r>
              <w:rPr>
                <w:rFonts w:ascii="Segoe UI" w:hAnsi="Segoe UI" w:cs="Segoe UI"/>
                <w:b/>
                <w:i w:val="0"/>
                <w:color w:val="17A94E"/>
                <w:sz w:val="25"/>
              </w:rPr>
              <w:t>▍</w:t>
            </w:r>
            <w:r>
              <w:rPr>
                <w:rFonts w:ascii="Segoe UI" w:hAnsi="Segoe UI" w:cs="Segoe UI"/>
                <w:b/>
                <w:i w:val="0"/>
                <w:color w:val="1A2B22"/>
                <w:sz w:val="25"/>
                <w:spacing w:val="24"/>
              </w:rPr>
              <w:t>EXPÉRIENCE ET STAGES</w:t>
            </w:r>
          </w:p>
          <w:p>
            <w:pPr>
              <w:spacing w:before="12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17A94E"/>
                <w:sz w:val="18"/>
              </w:rPr>
              <w:t xml:space="preserve">[De – À]   </w:t>
            </w:r>
            <w:r>
              <w:rPr>
                <w:rFonts w:ascii="Segoe UI" w:hAnsi="Segoe UI" w:cs="Segoe UI"/>
                <w:b/>
                <w:i w:val="0"/>
                <w:color w:val="B3560A"/>
                <w:sz w:val="21"/>
              </w:rPr>
              <w:t>[Poste ou stage]</w:t>
            </w:r>
          </w:p>
          <w:p>
            <w:pPr>
              <w:spacing w:before="0" w:after="40" w:line="288" w:lineRule="auto"/>
            </w:pPr>
            <w:r>
              <w:rPr>
                <w:rFonts w:ascii="Segoe UI" w:hAnsi="Segoe UI" w:cs="Segoe UI"/>
                <w:b/>
                <w:i w:val="0"/>
                <w:color w:val="6B7780"/>
                <w:sz w:val="18"/>
              </w:rPr>
              <w:t>[Organisme — Ville]</w:t>
            </w:r>
          </w:p>
          <w:p>
            <w:pPr>
              <w:spacing w:before="0" w:after="40" w:line="300" w:lineRule="auto"/>
            </w:pPr>
            <w:r>
              <w:rPr>
                <w:rFonts w:ascii="Segoe UI" w:hAnsi="Segoe UI" w:cs="Segoe UI"/>
                <w:b w:val="0"/>
                <w:i w:val="0"/>
                <w:color w:val="1A2B22"/>
                <w:sz w:val="19"/>
              </w:rPr>
              <w:t xml:space="preserve">–  </w:t>
            </w:r>
            <w:r>
              <w:rPr>
                <w:rFonts w:ascii="Segoe UI" w:hAnsi="Segoe UI" w:cs="Segoe UI"/>
                <w:b/>
                <w:i w:val="0"/>
                <w:color w:val="B3560A"/>
                <w:sz w:val="19"/>
              </w:rPr>
              <w:t>[Mission principale — commencez par un verbe d'action]</w:t>
            </w:r>
          </w:p>
          <w:p>
            <w:pPr>
              <w:spacing w:before="0" w:after="40" w:line="300" w:lineRule="auto"/>
            </w:pPr>
            <w:r>
              <w:rPr>
                <w:rFonts w:ascii="Segoe UI" w:hAnsi="Segoe UI" w:cs="Segoe UI"/>
                <w:b w:val="0"/>
                <w:i w:val="0"/>
                <w:color w:val="1A2B22"/>
                <w:sz w:val="19"/>
              </w:rPr>
              <w:t xml:space="preserve">–  </w:t>
            </w:r>
            <w:r>
              <w:rPr>
                <w:rFonts w:ascii="Segoe UI" w:hAnsi="Segoe UI" w:cs="Segoe UI"/>
                <w:b/>
                <w:i w:val="0"/>
                <w:color w:val="B3560A"/>
                <w:sz w:val="19"/>
              </w:rPr>
              <w:t>[Résultat chiffré si possible]</w:t>
            </w:r>
          </w:p>
          <w:p>
            <w:pPr>
              <w:spacing w:before="12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17A94E"/>
                <w:sz w:val="18"/>
              </w:rPr>
              <w:t xml:space="preserve">[De – À]   </w:t>
            </w:r>
            <w:r>
              <w:rPr>
                <w:rFonts w:ascii="Segoe UI" w:hAnsi="Segoe UI" w:cs="Segoe UI"/>
                <w:b/>
                <w:i w:val="0"/>
                <w:color w:val="B3560A"/>
                <w:sz w:val="21"/>
              </w:rPr>
              <w:t>[Autre stage ou emploi]</w:t>
            </w:r>
          </w:p>
          <w:p>
            <w:pPr>
              <w:spacing w:before="0" w:after="40" w:line="288" w:lineRule="auto"/>
            </w:pPr>
            <w:r>
              <w:rPr>
                <w:rFonts w:ascii="Segoe UI" w:hAnsi="Segoe UI" w:cs="Segoe UI"/>
                <w:b/>
                <w:i w:val="0"/>
                <w:color w:val="6B7780"/>
                <w:sz w:val="18"/>
              </w:rPr>
              <w:t>[Organisme — Ville]</w:t>
            </w:r>
          </w:p>
          <w:p>
            <w:pPr>
              <w:spacing w:before="0" w:after="40" w:line="300" w:lineRule="auto"/>
            </w:pPr>
            <w:r>
              <w:rPr>
                <w:rFonts w:ascii="Segoe UI" w:hAnsi="Segoe UI" w:cs="Segoe UI"/>
                <w:b w:val="0"/>
                <w:i w:val="0"/>
                <w:color w:val="1A2B22"/>
                <w:sz w:val="19"/>
              </w:rPr>
              <w:t xml:space="preserve">–  </w:t>
            </w:r>
            <w:r>
              <w:rPr>
                <w:rFonts w:ascii="Segoe UI" w:hAnsi="Segoe UI" w:cs="Segoe UI"/>
                <w:b/>
                <w:i w:val="0"/>
                <w:color w:val="B3560A"/>
                <w:sz w:val="19"/>
              </w:rPr>
              <w:t>[Réalisation principale de cette période]</w:t>
            </w:r>
          </w:p>
          <w:p>
            <w:pPr>
              <w:spacing w:before="320" w:after="40" w:line="288" w:lineRule="auto"/>
              <w:pBdr>
                <w:bottom w:val="single" w:sz="6" w:space="3" w:color="DDE7E0"/>
              </w:pBdr>
            </w:pPr>
            <w:r>
              <w:rPr>
                <w:rFonts w:ascii="Segoe UI" w:hAnsi="Segoe UI" w:cs="Segoe UI"/>
                <w:b/>
                <w:i w:val="0"/>
                <w:color w:val="17A94E"/>
                <w:sz w:val="25"/>
              </w:rPr>
              <w:t>▍</w:t>
            </w:r>
            <w:r>
              <w:rPr>
                <w:rFonts w:ascii="Segoe UI" w:hAnsi="Segoe UI" w:cs="Segoe UI"/>
                <w:b/>
                <w:i w:val="0"/>
                <w:color w:val="1A2B22"/>
                <w:sz w:val="25"/>
                <w:spacing w:val="24"/>
              </w:rPr>
              <w:t>PROJETS ET ACTIVITÉS</w:t>
            </w:r>
          </w:p>
          <w:p>
            <w:pPr>
              <w:spacing w:before="80" w:after="40" w:line="312" w:lineRule="auto"/>
            </w:pPr>
            <w:r>
              <w:rPr>
                <w:rFonts w:ascii="Segoe UI" w:hAnsi="Segoe UI" w:cs="Segoe UI"/>
                <w:b w:val="0"/>
                <w:i w:val="0"/>
                <w:color w:val="1A2B22"/>
                <w:sz w:val="19"/>
              </w:rPr>
              <w:t xml:space="preserve">–  </w:t>
            </w:r>
            <w:r>
              <w:rPr>
                <w:rFonts w:ascii="Segoe UI" w:hAnsi="Segoe UI" w:cs="Segoe UI"/>
                <w:b/>
                <w:i w:val="0"/>
                <w:color w:val="B3560A"/>
                <w:sz w:val="19"/>
              </w:rPr>
              <w:t>[Projet de fin d'études ou activité associative — supprimez si vide]</w:t>
            </w:r>
          </w:p>
        </w:tc>
      </w:tr>
    </w:tbl>
    <w:sectPr w:rsidR="00FC693F" w:rsidRPr="0006063C" w:rsidSect="00034616">
      <w:footerReference w:type="default" r:id="rId15"/>
      <w:pgSz w:w="12240" w:h="15840"/>
      <w:pgMar w:top="0" w:right="0" w:bottom="0" w:left="0" w:header="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egoe UI" w:hAnsi="Segoe UI" w:cs="Segoe UI"/>
        <w:b w:val="0"/>
        <w:i w:val="0"/>
        <w:color w:val="6B7780"/>
        <w:sz w:val="15"/>
      </w:rPr>
      <w:t>Modèle téléchargé gratuitement sur Wadifa Info — www.wadifa-info.com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