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  <w:bidiVisual/>
        <w:tblLayout w:type="fixed"/>
      </w:tblPr>
      <w:tblGrid>
        <w:gridCol w:w="4680"/>
        <w:gridCol w:w="4680"/>
      </w:tblGrid>
      <w:tr>
        <w:trPr>
          <w:trHeight w:val="16781" w:hRule="atLeast"/>
        </w:trPr>
        <w:tc>
          <w:tcPr>
            <w:tcW w:type="dxa" w:w="3742"/>
            <w:shd w:val="clear" w:fill="0F4D2E"/>
            <w:tcMar>
              <w:top w:w="500" w:type="dxa"/>
              <w:bottom w:w="300" w:type="dxa"/>
              <w:start w:w="330" w:type="dxa"/>
              <w:end w:w="330" w:type="dxa"/>
            </w:tcMar>
            <w:vAlign w:val="top"/>
          </w:tcPr>
          <w:p>
            <w:pPr>
              <w:spacing w:before="0" w:after="20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224000" cy="1224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hoto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0" cy="1224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bidi w:val="1"/>
              <w:spacing w:before="280" w:after="120" w:line="288" w:lineRule="auto"/>
              <w:pBdr>
                <w:bottom w:val="single" w:sz="8" w:space="3" w:color="2c7a52"/>
              </w:pBdr>
            </w:pPr>
            <w:r>
              <w:rPr>
                <w:rFonts w:ascii="Segoe UI" w:hAnsi="Segoe UI" w:cs="Segoe UI"/>
                <w:b/>
                <w:i w:val="0"/>
                <w:color w:val="7BE3A6"/>
                <w:sz w:val="22"/>
                <w:rtl w:val="1"/>
                <w:szCs w:val="22"/>
                <w:bCs w:val="1"/>
                <w:rtl w:val="1"/>
                <w:szCs w:val="22"/>
                <w:bCs w:val="1"/>
              </w:rPr>
              <w:t>معلومات التواصل</w:t>
            </w:r>
          </w:p>
          <w:p>
            <w:pPr>
              <w:bidi w:val="1"/>
              <w:spacing w:before="0" w:after="140" w:line="276" w:lineRule="auto"/>
            </w:pPr>
            <w:r>
              <w:drawing>
                <wp:inline xmlns:a="http://schemas.openxmlformats.org/drawingml/2006/main" xmlns:pic="http://schemas.openxmlformats.org/drawingml/2006/picture">
                  <wp:extent cx="144000" cy="144000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hone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" cy="144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egoe UI" w:hAnsi="Segoe UI" w:cs="Segoe UI"/>
                <w:b w:val="0"/>
                <w:i w:val="0"/>
                <w:color w:val="ECF7F0"/>
                <w:sz w:val="17"/>
                <w:rtl w:val="1"/>
                <w:szCs w:val="17"/>
              </w:rPr>
              <w:t xml:space="preserve">   </w:t>
            </w:r>
            <w:r>
              <w:rPr>
                <w:rFonts w:ascii="Segoe UI" w:hAnsi="Segoe UI" w:cs="Segoe UI"/>
                <w:b/>
                <w:i w:val="0"/>
                <w:color w:val="E89A5C"/>
                <w:sz w:val="17"/>
                <w:rtl w:val="1"/>
                <w:szCs w:val="17"/>
                <w:bCs w:val="1"/>
              </w:rPr>
              <w:t>[رقم الهاتف]</w:t>
            </w:r>
          </w:p>
          <w:p>
            <w:pPr>
              <w:bidi w:val="1"/>
              <w:spacing w:before="0" w:after="140" w:line="276" w:lineRule="auto"/>
            </w:pPr>
            <w:r>
              <w:drawing>
                <wp:inline xmlns:a="http://schemas.openxmlformats.org/drawingml/2006/main" xmlns:pic="http://schemas.openxmlformats.org/drawingml/2006/picture">
                  <wp:extent cx="144000" cy="144000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mail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" cy="144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egoe UI" w:hAnsi="Segoe UI" w:cs="Segoe UI"/>
                <w:b w:val="0"/>
                <w:i w:val="0"/>
                <w:color w:val="ECF7F0"/>
                <w:sz w:val="17"/>
                <w:rtl w:val="1"/>
                <w:szCs w:val="17"/>
              </w:rPr>
              <w:t xml:space="preserve">   </w:t>
            </w:r>
            <w:r>
              <w:rPr>
                <w:rFonts w:ascii="Segoe UI" w:hAnsi="Segoe UI" w:cs="Segoe UI"/>
                <w:b/>
                <w:i w:val="0"/>
                <w:color w:val="E89A5C"/>
                <w:sz w:val="17"/>
                <w:rtl w:val="1"/>
                <w:szCs w:val="17"/>
                <w:bCs w:val="1"/>
              </w:rPr>
              <w:t>[البريد الإلكتروني]</w:t>
            </w:r>
          </w:p>
          <w:p>
            <w:pPr>
              <w:bidi w:val="1"/>
              <w:spacing w:before="0" w:after="140" w:line="276" w:lineRule="auto"/>
            </w:pPr>
            <w:r>
              <w:drawing>
                <wp:inline xmlns:a="http://schemas.openxmlformats.org/drawingml/2006/main" xmlns:pic="http://schemas.openxmlformats.org/drawingml/2006/picture">
                  <wp:extent cx="144000" cy="144000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n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" cy="144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egoe UI" w:hAnsi="Segoe UI" w:cs="Segoe UI"/>
                <w:b w:val="0"/>
                <w:i w:val="0"/>
                <w:color w:val="ECF7F0"/>
                <w:sz w:val="17"/>
                <w:rtl w:val="1"/>
                <w:szCs w:val="17"/>
              </w:rPr>
              <w:t xml:space="preserve">   </w:t>
            </w:r>
            <w:r>
              <w:rPr>
                <w:rFonts w:ascii="Segoe UI" w:hAnsi="Segoe UI" w:cs="Segoe UI"/>
                <w:b/>
                <w:i w:val="0"/>
                <w:color w:val="E89A5C"/>
                <w:sz w:val="17"/>
                <w:rtl w:val="1"/>
                <w:szCs w:val="17"/>
                <w:bCs w:val="1"/>
              </w:rPr>
              <w:t>[المدينة]</w:t>
            </w:r>
          </w:p>
          <w:p>
            <w:pPr>
              <w:bidi w:val="1"/>
              <w:spacing w:before="0" w:after="140" w:line="276" w:lineRule="auto"/>
            </w:pPr>
            <w:r>
              <w:drawing>
                <wp:inline xmlns:a="http://schemas.openxmlformats.org/drawingml/2006/main" xmlns:pic="http://schemas.openxmlformats.org/drawingml/2006/picture">
                  <wp:extent cx="144000" cy="144000"/>
                  <wp:docPr id="5" name="Picture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cal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" cy="144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egoe UI" w:hAnsi="Segoe UI" w:cs="Segoe UI"/>
                <w:b w:val="0"/>
                <w:i w:val="0"/>
                <w:color w:val="ECF7F0"/>
                <w:sz w:val="17"/>
                <w:rtl w:val="1"/>
                <w:szCs w:val="17"/>
              </w:rPr>
              <w:t xml:space="preserve">   </w:t>
            </w:r>
            <w:r>
              <w:rPr>
                <w:rFonts w:ascii="Segoe UI" w:hAnsi="Segoe UI" w:cs="Segoe UI"/>
                <w:b/>
                <w:i w:val="0"/>
                <w:color w:val="E89A5C"/>
                <w:sz w:val="17"/>
                <w:rtl w:val="1"/>
                <w:szCs w:val="17"/>
                <w:bCs w:val="1"/>
              </w:rPr>
              <w:t>[تاريخ الازدياد]</w:t>
            </w:r>
          </w:p>
          <w:p>
            <w:pPr>
              <w:bidi w:val="1"/>
              <w:spacing w:before="0" w:after="140" w:line="276" w:lineRule="auto"/>
            </w:pPr>
            <w:r>
              <w:drawing>
                <wp:inline xmlns:a="http://schemas.openxmlformats.org/drawingml/2006/main" xmlns:pic="http://schemas.openxmlformats.org/drawingml/2006/picture">
                  <wp:extent cx="144000" cy="144000"/>
                  <wp:docPr id="6" name="Picture 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card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" cy="144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egoe UI" w:hAnsi="Segoe UI" w:cs="Segoe UI"/>
                <w:b w:val="0"/>
                <w:i w:val="0"/>
                <w:color w:val="ECF7F0"/>
                <w:sz w:val="17"/>
                <w:rtl w:val="1"/>
                <w:szCs w:val="17"/>
              </w:rPr>
              <w:t xml:space="preserve">   </w:t>
            </w:r>
            <w:r>
              <w:rPr>
                <w:rFonts w:ascii="Segoe UI" w:hAnsi="Segoe UI" w:cs="Segoe UI"/>
                <w:b/>
                <w:i w:val="0"/>
                <w:color w:val="E89A5C"/>
                <w:sz w:val="17"/>
                <w:rtl w:val="1"/>
                <w:szCs w:val="17"/>
                <w:bCs w:val="1"/>
              </w:rPr>
              <w:t>[رخصة السياقة — اختياري]</w:t>
            </w:r>
          </w:p>
          <w:p>
            <w:pPr>
              <w:bidi w:val="1"/>
              <w:spacing w:before="280" w:after="120" w:line="288" w:lineRule="auto"/>
              <w:pBdr>
                <w:bottom w:val="single" w:sz="8" w:space="3" w:color="2c7a52"/>
              </w:pBdr>
            </w:pPr>
            <w:r>
              <w:rPr>
                <w:rFonts w:ascii="Segoe UI" w:hAnsi="Segoe UI" w:cs="Segoe UI"/>
                <w:b/>
                <w:i w:val="0"/>
                <w:color w:val="7BE3A6"/>
                <w:sz w:val="22"/>
                <w:rtl w:val="1"/>
                <w:szCs w:val="22"/>
                <w:bCs w:val="1"/>
                <w:rtl w:val="1"/>
                <w:szCs w:val="22"/>
                <w:bCs w:val="1"/>
              </w:rPr>
              <w:t>المهارات</w:t>
            </w:r>
          </w:p>
          <w:p>
            <w:pPr>
              <w:bidi w:val="1"/>
              <w:spacing w:before="0" w:after="20" w:line="288" w:lineRule="auto"/>
            </w:pPr>
            <w:r>
              <w:rPr>
                <w:rFonts w:ascii="Segoe UI" w:hAnsi="Segoe UI" w:cs="Segoe UI"/>
                <w:b/>
                <w:i w:val="0"/>
                <w:color w:val="E89A5C"/>
                <w:sz w:val="17"/>
                <w:rtl w:val="1"/>
                <w:szCs w:val="17"/>
                <w:bCs w:val="1"/>
              </w:rPr>
              <w:t>[مهارة تقنية 1 — مثال: Excel]</w:t>
            </w:r>
          </w:p>
          <w:p>
            <w:pPr>
              <w:bidi w:val="1"/>
              <w:spacing w:before="0" w:after="100"/>
            </w:pPr>
            <w:r>
              <w:rPr>
                <w:rFonts w:ascii="Segoe UI" w:hAnsi="Segoe UI" w:cs="Segoe UI"/>
                <w:b w:val="0"/>
                <w:i w:val="0"/>
                <w:color w:val="7BE3A6"/>
                <w:sz w:val="18"/>
                <w:rtl w:val="1"/>
                <w:szCs w:val="18"/>
              </w:rPr>
              <w:t xml:space="preserve">● ● ● ● </w:t>
            </w:r>
            <w:r>
              <w:rPr>
                <w:rFonts w:ascii="Segoe UI" w:hAnsi="Segoe UI" w:cs="Segoe UI"/>
                <w:b w:val="0"/>
                <w:i w:val="0"/>
                <w:color w:val="9DBFAD"/>
                <w:sz w:val="18"/>
                <w:rtl w:val="1"/>
                <w:szCs w:val="18"/>
              </w:rPr>
              <w:t xml:space="preserve">○ </w:t>
            </w:r>
          </w:p>
          <w:p>
            <w:pPr>
              <w:bidi w:val="1"/>
              <w:spacing w:before="0" w:after="20" w:line="288" w:lineRule="auto"/>
            </w:pPr>
            <w:r>
              <w:rPr>
                <w:rFonts w:ascii="Segoe UI" w:hAnsi="Segoe UI" w:cs="Segoe UI"/>
                <w:b/>
                <w:i w:val="0"/>
                <w:color w:val="E89A5C"/>
                <w:sz w:val="17"/>
                <w:rtl w:val="1"/>
                <w:szCs w:val="17"/>
                <w:bCs w:val="1"/>
              </w:rPr>
              <w:t>[مهارة تقنية 2]</w:t>
            </w:r>
          </w:p>
          <w:p>
            <w:pPr>
              <w:bidi w:val="1"/>
              <w:spacing w:before="0" w:after="100"/>
            </w:pPr>
            <w:r>
              <w:rPr>
                <w:rFonts w:ascii="Segoe UI" w:hAnsi="Segoe UI" w:cs="Segoe UI"/>
                <w:b w:val="0"/>
                <w:i w:val="0"/>
                <w:color w:val="7BE3A6"/>
                <w:sz w:val="18"/>
                <w:rtl w:val="1"/>
                <w:szCs w:val="18"/>
              </w:rPr>
              <w:t xml:space="preserve">● ● ● </w:t>
            </w:r>
            <w:r>
              <w:rPr>
                <w:rFonts w:ascii="Segoe UI" w:hAnsi="Segoe UI" w:cs="Segoe UI"/>
                <w:b w:val="0"/>
                <w:i w:val="0"/>
                <w:color w:val="9DBFAD"/>
                <w:sz w:val="18"/>
                <w:rtl w:val="1"/>
                <w:szCs w:val="18"/>
              </w:rPr>
              <w:t xml:space="preserve">○ ○ </w:t>
            </w:r>
          </w:p>
          <w:p>
            <w:pPr>
              <w:bidi w:val="1"/>
              <w:spacing w:before="0" w:after="20" w:line="288" w:lineRule="auto"/>
            </w:pPr>
            <w:r>
              <w:rPr>
                <w:rFonts w:ascii="Segoe UI" w:hAnsi="Segoe UI" w:cs="Segoe UI"/>
                <w:b/>
                <w:i w:val="0"/>
                <w:color w:val="E89A5C"/>
                <w:sz w:val="17"/>
                <w:rtl w:val="1"/>
                <w:szCs w:val="17"/>
                <w:bCs w:val="1"/>
              </w:rPr>
              <w:t>[مهارة تقنية 3]</w:t>
            </w:r>
          </w:p>
          <w:p>
            <w:pPr>
              <w:bidi w:val="1"/>
              <w:spacing w:before="0" w:after="100"/>
            </w:pPr>
            <w:r>
              <w:rPr>
                <w:rFonts w:ascii="Segoe UI" w:hAnsi="Segoe UI" w:cs="Segoe UI"/>
                <w:b w:val="0"/>
                <w:i w:val="0"/>
                <w:color w:val="7BE3A6"/>
                <w:sz w:val="18"/>
                <w:rtl w:val="1"/>
                <w:szCs w:val="18"/>
              </w:rPr>
              <w:t xml:space="preserve">● ● ● ● </w:t>
            </w:r>
            <w:r>
              <w:rPr>
                <w:rFonts w:ascii="Segoe UI" w:hAnsi="Segoe UI" w:cs="Segoe UI"/>
                <w:b w:val="0"/>
                <w:i w:val="0"/>
                <w:color w:val="9DBFAD"/>
                <w:sz w:val="18"/>
                <w:rtl w:val="1"/>
                <w:szCs w:val="18"/>
              </w:rPr>
              <w:t xml:space="preserve">○ </w:t>
            </w:r>
          </w:p>
          <w:p>
            <w:pPr>
              <w:bidi w:val="1"/>
              <w:spacing w:before="280" w:after="120" w:line="288" w:lineRule="auto"/>
              <w:pBdr>
                <w:bottom w:val="single" w:sz="8" w:space="3" w:color="2c7a52"/>
              </w:pBdr>
            </w:pPr>
            <w:r>
              <w:rPr>
                <w:rFonts w:ascii="Segoe UI" w:hAnsi="Segoe UI" w:cs="Segoe UI"/>
                <w:b/>
                <w:i w:val="0"/>
                <w:color w:val="7BE3A6"/>
                <w:sz w:val="22"/>
                <w:rtl w:val="1"/>
                <w:szCs w:val="22"/>
                <w:bCs w:val="1"/>
                <w:rtl w:val="1"/>
                <w:szCs w:val="22"/>
                <w:bCs w:val="1"/>
              </w:rPr>
              <w:t>اللغات</w:t>
            </w:r>
          </w:p>
          <w:p>
            <w:pPr>
              <w:bidi w:val="1"/>
              <w:spacing w:before="0" w:after="20" w:line="288" w:lineRule="auto"/>
            </w:pPr>
            <w:r>
              <w:rPr>
                <w:rFonts w:ascii="Segoe UI" w:hAnsi="Segoe UI" w:cs="Segoe UI"/>
                <w:b/>
                <w:i w:val="0"/>
                <w:color w:val="ECF7F0"/>
                <w:sz w:val="17"/>
                <w:rtl w:val="1"/>
                <w:szCs w:val="17"/>
                <w:bCs w:val="1"/>
              </w:rPr>
              <w:t>العربية</w:t>
            </w:r>
          </w:p>
          <w:p>
            <w:pPr>
              <w:bidi w:val="1"/>
              <w:spacing w:before="0" w:after="100"/>
            </w:pPr>
            <w:r>
              <w:rPr>
                <w:rFonts w:ascii="Segoe UI" w:hAnsi="Segoe UI" w:cs="Segoe UI"/>
                <w:b w:val="0"/>
                <w:i w:val="0"/>
                <w:color w:val="7BE3A6"/>
                <w:sz w:val="18"/>
                <w:rtl w:val="1"/>
                <w:szCs w:val="18"/>
              </w:rPr>
              <w:t xml:space="preserve">● ● ● ● ● </w:t>
            </w:r>
          </w:p>
          <w:p>
            <w:pPr>
              <w:bidi w:val="1"/>
              <w:spacing w:before="0" w:after="20" w:line="288" w:lineRule="auto"/>
            </w:pPr>
            <w:r>
              <w:rPr>
                <w:rFonts w:ascii="Segoe UI" w:hAnsi="Segoe UI" w:cs="Segoe UI"/>
                <w:b/>
                <w:i w:val="0"/>
                <w:color w:val="ECF7F0"/>
                <w:sz w:val="17"/>
                <w:rtl w:val="1"/>
                <w:szCs w:val="17"/>
                <w:bCs w:val="1"/>
              </w:rPr>
              <w:t>الفرنسية</w:t>
            </w:r>
          </w:p>
          <w:p>
            <w:pPr>
              <w:bidi w:val="1"/>
              <w:spacing w:before="0" w:after="100"/>
            </w:pPr>
            <w:r>
              <w:rPr>
                <w:rFonts w:ascii="Segoe UI" w:hAnsi="Segoe UI" w:cs="Segoe UI"/>
                <w:b w:val="0"/>
                <w:i w:val="0"/>
                <w:color w:val="7BE3A6"/>
                <w:sz w:val="18"/>
                <w:rtl w:val="1"/>
                <w:szCs w:val="18"/>
              </w:rPr>
              <w:t xml:space="preserve">● ● ● ● </w:t>
            </w:r>
            <w:r>
              <w:rPr>
                <w:rFonts w:ascii="Segoe UI" w:hAnsi="Segoe UI" w:cs="Segoe UI"/>
                <w:b w:val="0"/>
                <w:i w:val="0"/>
                <w:color w:val="9DBFAD"/>
                <w:sz w:val="18"/>
                <w:rtl w:val="1"/>
                <w:szCs w:val="18"/>
              </w:rPr>
              <w:t xml:space="preserve">○ </w:t>
            </w:r>
          </w:p>
          <w:p>
            <w:pPr>
              <w:bidi w:val="1"/>
              <w:spacing w:before="0" w:after="20" w:line="288" w:lineRule="auto"/>
            </w:pPr>
            <w:r>
              <w:rPr>
                <w:rFonts w:ascii="Segoe UI" w:hAnsi="Segoe UI" w:cs="Segoe UI"/>
                <w:b/>
                <w:i w:val="0"/>
                <w:color w:val="ECF7F0"/>
                <w:sz w:val="17"/>
                <w:rtl w:val="1"/>
                <w:szCs w:val="17"/>
                <w:bCs w:val="1"/>
              </w:rPr>
              <w:t>الإنجليزية</w:t>
            </w:r>
          </w:p>
          <w:p>
            <w:pPr>
              <w:bidi w:val="1"/>
              <w:spacing w:before="0" w:after="100"/>
            </w:pPr>
            <w:r>
              <w:rPr>
                <w:rFonts w:ascii="Segoe UI" w:hAnsi="Segoe UI" w:cs="Segoe UI"/>
                <w:b w:val="0"/>
                <w:i w:val="0"/>
                <w:color w:val="7BE3A6"/>
                <w:sz w:val="18"/>
                <w:rtl w:val="1"/>
                <w:szCs w:val="18"/>
              </w:rPr>
              <w:t xml:space="preserve">● ● ● </w:t>
            </w:r>
            <w:r>
              <w:rPr>
                <w:rFonts w:ascii="Segoe UI" w:hAnsi="Segoe UI" w:cs="Segoe UI"/>
                <w:b w:val="0"/>
                <w:i w:val="0"/>
                <w:color w:val="9DBFAD"/>
                <w:sz w:val="18"/>
                <w:rtl w:val="1"/>
                <w:szCs w:val="18"/>
              </w:rPr>
              <w:t xml:space="preserve">○ ○ </w:t>
            </w:r>
          </w:p>
          <w:p>
            <w:pPr>
              <w:bidi w:val="1"/>
              <w:spacing w:before="280" w:after="120" w:line="288" w:lineRule="auto"/>
              <w:pBdr>
                <w:bottom w:val="single" w:sz="8" w:space="3" w:color="2c7a52"/>
              </w:pBdr>
            </w:pPr>
            <w:r>
              <w:rPr>
                <w:rFonts w:ascii="Segoe UI" w:hAnsi="Segoe UI" w:cs="Segoe UI"/>
                <w:b/>
                <w:i w:val="0"/>
                <w:color w:val="7BE3A6"/>
                <w:sz w:val="22"/>
                <w:rtl w:val="1"/>
                <w:szCs w:val="22"/>
                <w:bCs w:val="1"/>
                <w:rtl w:val="1"/>
                <w:szCs w:val="22"/>
                <w:bCs w:val="1"/>
              </w:rPr>
              <w:t>مهارات شخصية</w:t>
            </w:r>
          </w:p>
          <w:p>
            <w:pPr>
              <w:bidi w:val="1"/>
              <w:spacing w:before="0" w:after="60" w:line="288" w:lineRule="auto"/>
            </w:pPr>
            <w:r>
              <w:rPr>
                <w:rFonts w:ascii="Segoe UI" w:hAnsi="Segoe UI" w:cs="Segoe UI"/>
                <w:b w:val="0"/>
                <w:i w:val="0"/>
                <w:color w:val="ECF7F0"/>
                <w:sz w:val="17"/>
                <w:rtl w:val="1"/>
                <w:szCs w:val="17"/>
              </w:rPr>
              <w:t xml:space="preserve">•  </w:t>
            </w:r>
            <w:r>
              <w:rPr>
                <w:rFonts w:ascii="Segoe UI" w:hAnsi="Segoe UI" w:cs="Segoe UI"/>
                <w:b/>
                <w:i w:val="0"/>
                <w:color w:val="E89A5C"/>
                <w:sz w:val="17"/>
                <w:rtl w:val="1"/>
                <w:szCs w:val="17"/>
                <w:bCs w:val="1"/>
              </w:rPr>
              <w:t>[العمل الجماعي]</w:t>
            </w:r>
          </w:p>
          <w:p>
            <w:pPr>
              <w:bidi w:val="1"/>
              <w:spacing w:before="0" w:after="60" w:line="288" w:lineRule="auto"/>
            </w:pPr>
            <w:r>
              <w:rPr>
                <w:rFonts w:ascii="Segoe UI" w:hAnsi="Segoe UI" w:cs="Segoe UI"/>
                <w:b w:val="0"/>
                <w:i w:val="0"/>
                <w:color w:val="ECF7F0"/>
                <w:sz w:val="17"/>
                <w:rtl w:val="1"/>
                <w:szCs w:val="17"/>
              </w:rPr>
              <w:t xml:space="preserve">•  </w:t>
            </w:r>
            <w:r>
              <w:rPr>
                <w:rFonts w:ascii="Segoe UI" w:hAnsi="Segoe UI" w:cs="Segoe UI"/>
                <w:b/>
                <w:i w:val="0"/>
                <w:color w:val="E89A5C"/>
                <w:sz w:val="17"/>
                <w:rtl w:val="1"/>
                <w:szCs w:val="17"/>
                <w:bCs w:val="1"/>
              </w:rPr>
              <w:t>[التنظيم والانضباط]</w:t>
            </w:r>
          </w:p>
          <w:p>
            <w:pPr>
              <w:bidi w:val="1"/>
              <w:spacing w:before="0" w:after="60" w:line="288" w:lineRule="auto"/>
            </w:pPr>
            <w:r>
              <w:rPr>
                <w:rFonts w:ascii="Segoe UI" w:hAnsi="Segoe UI" w:cs="Segoe UI"/>
                <w:b w:val="0"/>
                <w:i w:val="0"/>
                <w:color w:val="ECF7F0"/>
                <w:sz w:val="17"/>
                <w:rtl w:val="1"/>
                <w:szCs w:val="17"/>
              </w:rPr>
              <w:t xml:space="preserve">•  </w:t>
            </w:r>
            <w:r>
              <w:rPr>
                <w:rFonts w:ascii="Segoe UI" w:hAnsi="Segoe UI" w:cs="Segoe UI"/>
                <w:b/>
                <w:i w:val="0"/>
                <w:color w:val="E89A5C"/>
                <w:sz w:val="17"/>
                <w:rtl w:val="1"/>
                <w:szCs w:val="17"/>
                <w:bCs w:val="1"/>
              </w:rPr>
              <w:t>[التواصل]</w:t>
            </w:r>
          </w:p>
        </w:tc>
        <w:tc>
          <w:tcPr>
            <w:tcW w:type="dxa" w:w="8164"/>
            <w:tcMar>
              <w:top w:w="560" w:type="dxa"/>
              <w:bottom w:w="300" w:type="dxa"/>
              <w:start w:w="480" w:type="dxa"/>
              <w:end w:w="420" w:type="dxa"/>
            </w:tcMar>
            <w:vAlign w:val="top"/>
          </w:tcPr>
          <w:p>
            <w:pPr>
              <w:bidi w:val="1"/>
              <w:spacing w:before="0" w:after="0" w:line="288" w:lineRule="auto"/>
            </w:pPr>
            <w:r>
              <w:rPr>
                <w:rFonts w:ascii="Segoe UI" w:hAnsi="Segoe UI" w:cs="Segoe UI"/>
                <w:b/>
                <w:i w:val="0"/>
                <w:color w:val="1A2B22"/>
                <w:sz w:val="50"/>
                <w:rtl w:val="1"/>
                <w:szCs w:val="50"/>
                <w:bCs w:val="1"/>
              </w:rPr>
              <w:t>[الاسم الكامل]</w:t>
            </w:r>
          </w:p>
          <w:p>
            <w:pPr>
              <w:bidi w:val="1"/>
              <w:spacing w:before="0" w:after="80" w:line="288" w:lineRule="auto"/>
              <w:pBdr>
                <w:bottom w:val="single" w:sz="18" w:space="6" w:color="17A94E"/>
              </w:pBdr>
            </w:pPr>
            <w:r>
              <w:rPr>
                <w:rFonts w:ascii="Segoe UI" w:hAnsi="Segoe UI" w:cs="Segoe UI"/>
                <w:b/>
                <w:i w:val="0"/>
                <w:color w:val="17A94E"/>
                <w:sz w:val="24"/>
                <w:rtl w:val="1"/>
                <w:szCs w:val="24"/>
                <w:bCs w:val="1"/>
              </w:rPr>
              <w:t>[المنصب المستهدف — مثال: تقني متخصص في الشبكات]</w:t>
            </w:r>
          </w:p>
          <w:p>
            <w:pPr>
              <w:bidi w:val="1"/>
              <w:spacing w:before="200" w:after="80" w:line="324" w:lineRule="auto"/>
            </w:pPr>
            <w:r>
              <w:rPr>
                <w:rFonts w:ascii="Segoe UI" w:hAnsi="Segoe UI" w:cs="Segoe UI"/>
                <w:b/>
                <w:i w:val="0"/>
                <w:color w:val="B3560A"/>
                <w:sz w:val="19"/>
                <w:rtl w:val="1"/>
                <w:szCs w:val="19"/>
                <w:bCs w:val="1"/>
              </w:rPr>
              <w:t>[ملخص مهني في سطرين: من أنت، أهم مؤهلاتك، وما الذي تبحث عنه — مثال: تقني متخصص حديث التخرج، متمكن من الشبكات والأنظمة، أبحث عن أول فرصة في القطاع العمومي.]</w:t>
            </w:r>
          </w:p>
          <w:p>
            <w:pPr>
              <w:bidi w:val="1"/>
              <w:spacing w:before="320" w:after="40" w:line="288" w:lineRule="auto"/>
              <w:pBdr>
                <w:bottom w:val="single" w:sz="6" w:space="3" w:color="DDE7E0"/>
              </w:pBdr>
            </w:pPr>
            <w:r>
              <w:rPr>
                <w:rFonts w:ascii="Segoe UI" w:hAnsi="Segoe UI" w:cs="Segoe UI"/>
                <w:b/>
                <w:i w:val="0"/>
                <w:color w:val="17A94E"/>
                <w:sz w:val="25"/>
              </w:rPr>
              <w:t>▍</w:t>
            </w:r>
            <w:r>
              <w:rPr>
                <w:rFonts w:ascii="Segoe UI" w:hAnsi="Segoe UI" w:cs="Segoe UI"/>
                <w:b/>
                <w:i w:val="0"/>
                <w:color w:val="1A2B22"/>
                <w:sz w:val="25"/>
                <w:rtl w:val="1"/>
                <w:szCs w:val="25"/>
                <w:bCs w:val="1"/>
              </w:rPr>
              <w:t>الشهادات والتكوين</w:t>
            </w:r>
          </w:p>
          <w:p>
            <w:pPr>
              <w:bidi w:val="1"/>
              <w:spacing w:before="120" w:after="20" w:line="288" w:lineRule="auto"/>
            </w:pPr>
            <w:r>
              <w:rPr>
                <w:rFonts w:ascii="Segoe UI" w:hAnsi="Segoe UI" w:cs="Segoe UI"/>
                <w:b/>
                <w:i w:val="0"/>
                <w:color w:val="17A94E"/>
                <w:sz w:val="18"/>
                <w:rtl w:val="1"/>
                <w:szCs w:val="18"/>
                <w:bCs w:val="1"/>
              </w:rPr>
              <w:t xml:space="preserve">[السنة]   </w:t>
            </w:r>
            <w:r>
              <w:rPr>
                <w:rFonts w:ascii="Segoe UI" w:hAnsi="Segoe UI" w:cs="Segoe UI"/>
                <w:b/>
                <w:i w:val="0"/>
                <w:color w:val="B3560A"/>
                <w:sz w:val="21"/>
                <w:rtl w:val="1"/>
                <w:szCs w:val="21"/>
                <w:bCs w:val="1"/>
              </w:rPr>
              <w:t>[اسم الشهادة] — تخصص [التخصص]</w:t>
            </w:r>
          </w:p>
          <w:p>
            <w:pPr>
              <w:bidi w:val="1"/>
              <w:spacing w:before="0" w:after="40" w:line="288" w:lineRule="auto"/>
            </w:pPr>
            <w:r>
              <w:rPr>
                <w:rFonts w:ascii="Segoe UI" w:hAnsi="Segoe UI" w:cs="Segoe UI"/>
                <w:b/>
                <w:i w:val="0"/>
                <w:color w:val="6B7780"/>
                <w:sz w:val="18"/>
                <w:rtl w:val="1"/>
                <w:szCs w:val="18"/>
                <w:bCs w:val="1"/>
              </w:rPr>
              <w:t>[اسم المؤسسة — المدينة]</w:t>
            </w:r>
          </w:p>
          <w:p>
            <w:pPr>
              <w:bidi w:val="1"/>
              <w:spacing w:before="120" w:after="20" w:line="288" w:lineRule="auto"/>
            </w:pPr>
            <w:r>
              <w:rPr>
                <w:rFonts w:ascii="Segoe UI" w:hAnsi="Segoe UI" w:cs="Segoe UI"/>
                <w:b/>
                <w:i w:val="0"/>
                <w:color w:val="17A94E"/>
                <w:sz w:val="18"/>
                <w:rtl w:val="1"/>
                <w:szCs w:val="18"/>
                <w:bCs w:val="1"/>
              </w:rPr>
              <w:t xml:space="preserve">[السنة]   </w:t>
            </w:r>
            <w:r>
              <w:rPr>
                <w:rFonts w:ascii="Segoe UI" w:hAnsi="Segoe UI" w:cs="Segoe UI"/>
                <w:b/>
                <w:i w:val="0"/>
                <w:color w:val="B3560A"/>
                <w:sz w:val="21"/>
                <w:rtl w:val="1"/>
                <w:szCs w:val="21"/>
                <w:bCs w:val="1"/>
              </w:rPr>
              <w:t>[البكالوريا — الشعبة]</w:t>
            </w:r>
          </w:p>
          <w:p>
            <w:pPr>
              <w:bidi w:val="1"/>
              <w:spacing w:before="0" w:after="40" w:line="288" w:lineRule="auto"/>
            </w:pPr>
            <w:r>
              <w:rPr>
                <w:rFonts w:ascii="Segoe UI" w:hAnsi="Segoe UI" w:cs="Segoe UI"/>
                <w:b/>
                <w:i w:val="0"/>
                <w:color w:val="6B7780"/>
                <w:sz w:val="18"/>
                <w:rtl w:val="1"/>
                <w:szCs w:val="18"/>
                <w:bCs w:val="1"/>
              </w:rPr>
              <w:t>[اسم الثانوية — المدينة]</w:t>
            </w:r>
          </w:p>
          <w:p>
            <w:pPr>
              <w:bidi w:val="1"/>
              <w:spacing w:before="320" w:after="40" w:line="288" w:lineRule="auto"/>
              <w:pBdr>
                <w:bottom w:val="single" w:sz="6" w:space="3" w:color="DDE7E0"/>
              </w:pBdr>
            </w:pPr>
            <w:r>
              <w:rPr>
                <w:rFonts w:ascii="Segoe UI" w:hAnsi="Segoe UI" w:cs="Segoe UI"/>
                <w:b/>
                <w:i w:val="0"/>
                <w:color w:val="17A94E"/>
                <w:sz w:val="25"/>
              </w:rPr>
              <w:t>▍</w:t>
            </w:r>
            <w:r>
              <w:rPr>
                <w:rFonts w:ascii="Segoe UI" w:hAnsi="Segoe UI" w:cs="Segoe UI"/>
                <w:b/>
                <w:i w:val="0"/>
                <w:color w:val="1A2B22"/>
                <w:sz w:val="25"/>
                <w:rtl w:val="1"/>
                <w:szCs w:val="25"/>
                <w:bCs w:val="1"/>
              </w:rPr>
              <w:t>الخبرة والتداريب</w:t>
            </w:r>
          </w:p>
          <w:p>
            <w:pPr>
              <w:bidi w:val="1"/>
              <w:spacing w:before="120" w:after="20" w:line="288" w:lineRule="auto"/>
            </w:pPr>
            <w:r>
              <w:rPr>
                <w:rFonts w:ascii="Segoe UI" w:hAnsi="Segoe UI" w:cs="Segoe UI"/>
                <w:b/>
                <w:i w:val="0"/>
                <w:color w:val="17A94E"/>
                <w:sz w:val="18"/>
                <w:rtl w:val="1"/>
                <w:szCs w:val="18"/>
                <w:bCs w:val="1"/>
              </w:rPr>
              <w:t xml:space="preserve">[من – إلى]   </w:t>
            </w:r>
            <w:r>
              <w:rPr>
                <w:rFonts w:ascii="Segoe UI" w:hAnsi="Segoe UI" w:cs="Segoe UI"/>
                <w:b/>
                <w:i w:val="0"/>
                <w:color w:val="B3560A"/>
                <w:sz w:val="21"/>
                <w:rtl w:val="1"/>
                <w:szCs w:val="21"/>
                <w:bCs w:val="1"/>
              </w:rPr>
              <w:t>[المنصب أو التدريب]</w:t>
            </w:r>
          </w:p>
          <w:p>
            <w:pPr>
              <w:bidi w:val="1"/>
              <w:spacing w:before="0" w:after="40" w:line="288" w:lineRule="auto"/>
            </w:pPr>
            <w:r>
              <w:rPr>
                <w:rFonts w:ascii="Segoe UI" w:hAnsi="Segoe UI" w:cs="Segoe UI"/>
                <w:b/>
                <w:i w:val="0"/>
                <w:color w:val="6B7780"/>
                <w:sz w:val="18"/>
                <w:rtl w:val="1"/>
                <w:szCs w:val="18"/>
                <w:bCs w:val="1"/>
              </w:rPr>
              <w:t>[المؤسسة — المدينة]</w:t>
            </w:r>
          </w:p>
          <w:p>
            <w:pPr>
              <w:bidi w:val="1"/>
              <w:spacing w:before="0" w:after="40" w:line="300" w:lineRule="auto"/>
            </w:pPr>
            <w:r>
              <w:rPr>
                <w:rFonts w:ascii="Segoe UI" w:hAnsi="Segoe UI" w:cs="Segoe UI"/>
                <w:b w:val="0"/>
                <w:i w:val="0"/>
                <w:color w:val="1A2B22"/>
                <w:sz w:val="19"/>
                <w:rtl w:val="1"/>
                <w:szCs w:val="19"/>
              </w:rPr>
              <w:t xml:space="preserve">–  </w:t>
            </w:r>
            <w:r>
              <w:rPr>
                <w:rFonts w:ascii="Segoe UI" w:hAnsi="Segoe UI" w:cs="Segoe UI"/>
                <w:b/>
                <w:i w:val="0"/>
                <w:color w:val="B3560A"/>
                <w:sz w:val="19"/>
                <w:rtl w:val="1"/>
                <w:szCs w:val="19"/>
                <w:bCs w:val="1"/>
              </w:rPr>
              <w:t>[مهمة رئيسية — ابدأ بفعل: أنجزت، طوّرت...]</w:t>
            </w:r>
          </w:p>
          <w:p>
            <w:pPr>
              <w:bidi w:val="1"/>
              <w:spacing w:before="0" w:after="40" w:line="300" w:lineRule="auto"/>
            </w:pPr>
            <w:r>
              <w:rPr>
                <w:rFonts w:ascii="Segoe UI" w:hAnsi="Segoe UI" w:cs="Segoe UI"/>
                <w:b w:val="0"/>
                <w:i w:val="0"/>
                <w:color w:val="1A2B22"/>
                <w:sz w:val="19"/>
                <w:rtl w:val="1"/>
                <w:szCs w:val="19"/>
              </w:rPr>
              <w:t xml:space="preserve">–  </w:t>
            </w:r>
            <w:r>
              <w:rPr>
                <w:rFonts w:ascii="Segoe UI" w:hAnsi="Segoe UI" w:cs="Segoe UI"/>
                <w:b/>
                <w:i w:val="0"/>
                <w:color w:val="B3560A"/>
                <w:sz w:val="19"/>
                <w:rtl w:val="1"/>
                <w:szCs w:val="19"/>
                <w:bCs w:val="1"/>
              </w:rPr>
              <w:t>[نتيجة ملموسة بالأرقام إن أمكن]</w:t>
            </w:r>
          </w:p>
          <w:p>
            <w:pPr>
              <w:bidi w:val="1"/>
              <w:spacing w:before="120" w:after="20" w:line="288" w:lineRule="auto"/>
            </w:pPr>
            <w:r>
              <w:rPr>
                <w:rFonts w:ascii="Segoe UI" w:hAnsi="Segoe UI" w:cs="Segoe UI"/>
                <w:b/>
                <w:i w:val="0"/>
                <w:color w:val="17A94E"/>
                <w:sz w:val="18"/>
                <w:rtl w:val="1"/>
                <w:szCs w:val="18"/>
                <w:bCs w:val="1"/>
              </w:rPr>
              <w:t xml:space="preserve">[من – إلى]   </w:t>
            </w:r>
            <w:r>
              <w:rPr>
                <w:rFonts w:ascii="Segoe UI" w:hAnsi="Segoe UI" w:cs="Segoe UI"/>
                <w:b/>
                <w:i w:val="0"/>
                <w:color w:val="B3560A"/>
                <w:sz w:val="21"/>
                <w:rtl w:val="1"/>
                <w:szCs w:val="21"/>
                <w:bCs w:val="1"/>
              </w:rPr>
              <w:t>[تدريب أو عمل آخر]</w:t>
            </w:r>
          </w:p>
          <w:p>
            <w:pPr>
              <w:bidi w:val="1"/>
              <w:spacing w:before="0" w:after="40" w:line="288" w:lineRule="auto"/>
            </w:pPr>
            <w:r>
              <w:rPr>
                <w:rFonts w:ascii="Segoe UI" w:hAnsi="Segoe UI" w:cs="Segoe UI"/>
                <w:b/>
                <w:i w:val="0"/>
                <w:color w:val="6B7780"/>
                <w:sz w:val="18"/>
                <w:rtl w:val="1"/>
                <w:szCs w:val="18"/>
                <w:bCs w:val="1"/>
              </w:rPr>
              <w:t>[المؤسسة — المدينة]</w:t>
            </w:r>
          </w:p>
          <w:p>
            <w:pPr>
              <w:bidi w:val="1"/>
              <w:spacing w:before="0" w:after="40" w:line="300" w:lineRule="auto"/>
            </w:pPr>
            <w:r>
              <w:rPr>
                <w:rFonts w:ascii="Segoe UI" w:hAnsi="Segoe UI" w:cs="Segoe UI"/>
                <w:b w:val="0"/>
                <w:i w:val="0"/>
                <w:color w:val="1A2B22"/>
                <w:sz w:val="19"/>
                <w:rtl w:val="1"/>
                <w:szCs w:val="19"/>
              </w:rPr>
              <w:t xml:space="preserve">–  </w:t>
            </w:r>
            <w:r>
              <w:rPr>
                <w:rFonts w:ascii="Segoe UI" w:hAnsi="Segoe UI" w:cs="Segoe UI"/>
                <w:b/>
                <w:i w:val="0"/>
                <w:color w:val="B3560A"/>
                <w:sz w:val="19"/>
                <w:rtl w:val="1"/>
                <w:szCs w:val="19"/>
                <w:bCs w:val="1"/>
              </w:rPr>
              <w:t>[أهم إنجاز خلال هذه الفترة]</w:t>
            </w:r>
          </w:p>
          <w:p>
            <w:pPr>
              <w:bidi w:val="1"/>
              <w:spacing w:before="320" w:after="40" w:line="288" w:lineRule="auto"/>
              <w:pBdr>
                <w:bottom w:val="single" w:sz="6" w:space="3" w:color="DDE7E0"/>
              </w:pBdr>
            </w:pPr>
            <w:r>
              <w:rPr>
                <w:rFonts w:ascii="Segoe UI" w:hAnsi="Segoe UI" w:cs="Segoe UI"/>
                <w:b/>
                <w:i w:val="0"/>
                <w:color w:val="17A94E"/>
                <w:sz w:val="25"/>
              </w:rPr>
              <w:t>▍</w:t>
            </w:r>
            <w:r>
              <w:rPr>
                <w:rFonts w:ascii="Segoe UI" w:hAnsi="Segoe UI" w:cs="Segoe UI"/>
                <w:b/>
                <w:i w:val="0"/>
                <w:color w:val="1A2B22"/>
                <w:sz w:val="25"/>
                <w:rtl w:val="1"/>
                <w:szCs w:val="25"/>
                <w:bCs w:val="1"/>
              </w:rPr>
              <w:t>مشاريع وأنشطة</w:t>
            </w:r>
          </w:p>
          <w:p>
            <w:pPr>
              <w:bidi w:val="1"/>
              <w:spacing w:before="80" w:after="40" w:line="312" w:lineRule="auto"/>
            </w:pPr>
            <w:r>
              <w:rPr>
                <w:rFonts w:ascii="Segoe UI" w:hAnsi="Segoe UI" w:cs="Segoe UI"/>
                <w:b w:val="0"/>
                <w:i w:val="0"/>
                <w:color w:val="1A2B22"/>
                <w:sz w:val="19"/>
                <w:rtl w:val="1"/>
                <w:szCs w:val="19"/>
              </w:rPr>
              <w:t xml:space="preserve">–  </w:t>
            </w:r>
            <w:r>
              <w:rPr>
                <w:rFonts w:ascii="Segoe UI" w:hAnsi="Segoe UI" w:cs="Segoe UI"/>
                <w:b/>
                <w:i w:val="0"/>
                <w:color w:val="B3560A"/>
                <w:sz w:val="19"/>
                <w:rtl w:val="1"/>
                <w:szCs w:val="19"/>
                <w:bCs w:val="1"/>
              </w:rPr>
              <w:t>[مشروع التخرج أو نشاط جمعوي — احذف القسم إن لم يكن لديك]</w:t>
            </w:r>
          </w:p>
        </w:tc>
      </w:tr>
    </w:tbl>
    <w:sectPr w:rsidR="00FC693F" w:rsidRPr="0006063C" w:rsidSect="00034616">
      <w:footerReference w:type="default" r:id="rId15"/>
      <w:pgSz w:w="12240" w:h="15840"/>
      <w:pgMar w:top="0" w:right="0" w:bottom="0" w:left="0" w:header="0" w:footer="17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bidi w:val="1"/>
    </w:pPr>
    <w:r>
      <w:rPr>
        <w:rFonts w:ascii="Segoe UI" w:hAnsi="Segoe UI" w:cs="Segoe UI"/>
        <w:b w:val="0"/>
        <w:i w:val="0"/>
        <w:color w:val="6B7780"/>
        <w:sz w:val="15"/>
        <w:rtl w:val="1"/>
        <w:szCs w:val="15"/>
      </w:rPr>
      <w:t>تم تحميل هذا النموذج مجاناً من موقع وظيفة إنفو — www.wadifa-info.com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